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9718C" w14:textId="77777777" w:rsidR="00A04982" w:rsidRPr="00BA3308" w:rsidRDefault="00A818AF">
      <w:pPr>
        <w:spacing w:after="20"/>
        <w:jc w:val="right"/>
        <w:rPr>
          <w:lang w:val="ru-RU"/>
        </w:rPr>
      </w:pPr>
      <w:r>
        <w:rPr>
          <w:b/>
          <w:noProof/>
          <w:color w:val="17365D"/>
          <w:lang w:val="ru-RU"/>
        </w:rPr>
        <w:drawing>
          <wp:anchor distT="0" distB="0" distL="114300" distR="114300" simplePos="0" relativeHeight="251658240" behindDoc="0" locked="0" layoutInCell="1" allowOverlap="1" wp14:anchorId="78CFEBCA" wp14:editId="5B959081">
            <wp:simplePos x="981075" y="542925"/>
            <wp:positionH relativeFrom="margin">
              <wp:align>left</wp:align>
            </wp:positionH>
            <wp:positionV relativeFrom="margin">
              <wp:align>top</wp:align>
            </wp:positionV>
            <wp:extent cx="2099945" cy="10096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О 10 лет вместе лого 2026 на светлый фон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9286" cy="1018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82C" w:rsidRPr="00BA3308">
        <w:rPr>
          <w:b/>
          <w:color w:val="17365D"/>
          <w:lang w:val="ru-RU"/>
        </w:rPr>
        <w:t>УТВЕРЖДАЮ</w:t>
      </w:r>
    </w:p>
    <w:p w14:paraId="6295FA33" w14:textId="77777777" w:rsidR="00BA5BB2" w:rsidRDefault="00BA3308">
      <w:pPr>
        <w:spacing w:after="20"/>
        <w:jc w:val="right"/>
        <w:rPr>
          <w:lang w:val="ru-RU"/>
        </w:rPr>
      </w:pPr>
      <w:r>
        <w:rPr>
          <w:lang w:val="ru-RU"/>
        </w:rPr>
        <w:t>президент Ассоциации</w:t>
      </w:r>
      <w:r w:rsidR="00BA5BB2">
        <w:rPr>
          <w:lang w:val="ru-RU"/>
        </w:rPr>
        <w:t xml:space="preserve"> </w:t>
      </w:r>
    </w:p>
    <w:p w14:paraId="2EAC5790" w14:textId="77777777" w:rsidR="00351B64" w:rsidRDefault="00BA5BB2" w:rsidP="00351B64">
      <w:pPr>
        <w:spacing w:after="20"/>
        <w:jc w:val="right"/>
        <w:rPr>
          <w:lang w:val="ru-RU"/>
        </w:rPr>
      </w:pPr>
      <w:r>
        <w:rPr>
          <w:lang w:val="ru-RU"/>
        </w:rPr>
        <w:t xml:space="preserve">духовых оркестров и исполнителей </w:t>
      </w:r>
    </w:p>
    <w:p w14:paraId="24A7EB68" w14:textId="77777777" w:rsidR="00A04982" w:rsidRDefault="00BA5BB2" w:rsidP="00351B64">
      <w:pPr>
        <w:spacing w:after="20"/>
        <w:jc w:val="right"/>
        <w:rPr>
          <w:lang w:val="ru-RU"/>
        </w:rPr>
      </w:pPr>
      <w:r>
        <w:rPr>
          <w:lang w:val="ru-RU"/>
        </w:rPr>
        <w:t>на духовых и ударных инструментах</w:t>
      </w:r>
    </w:p>
    <w:p w14:paraId="58FEC22E" w14:textId="77777777" w:rsidR="00BA5BB2" w:rsidRPr="00BA3308" w:rsidRDefault="00BA5BB2">
      <w:pPr>
        <w:spacing w:after="20"/>
        <w:jc w:val="right"/>
        <w:rPr>
          <w:lang w:val="ru-RU"/>
        </w:rPr>
      </w:pPr>
    </w:p>
    <w:p w14:paraId="406C50E7" w14:textId="77777777" w:rsidR="00A04982" w:rsidRPr="00BA3308" w:rsidRDefault="001D082C">
      <w:pPr>
        <w:spacing w:after="140"/>
        <w:jc w:val="right"/>
        <w:rPr>
          <w:lang w:val="ru-RU"/>
        </w:rPr>
      </w:pPr>
      <w:r w:rsidRPr="00BA3308">
        <w:rPr>
          <w:sz w:val="18"/>
          <w:lang w:val="ru-RU"/>
        </w:rPr>
        <w:t xml:space="preserve">________________ / </w:t>
      </w:r>
      <w:r w:rsidR="00BA3308" w:rsidRPr="00BA5BB2">
        <w:rPr>
          <w:lang w:val="ru-RU"/>
        </w:rPr>
        <w:t>Брызгалов М.А.</w:t>
      </w:r>
      <w:r w:rsidRPr="00BA3308">
        <w:rPr>
          <w:sz w:val="18"/>
          <w:lang w:val="ru-RU"/>
        </w:rPr>
        <w:t xml:space="preserve"> /</w:t>
      </w:r>
    </w:p>
    <w:p w14:paraId="166880DE" w14:textId="77777777" w:rsidR="00A04982" w:rsidRPr="00BA3308" w:rsidRDefault="00A04982">
      <w:pPr>
        <w:pBdr>
          <w:bottom w:val="single" w:sz="8" w:space="1" w:color="2F75B5"/>
        </w:pBdr>
        <w:spacing w:after="160"/>
        <w:rPr>
          <w:lang w:val="ru-RU"/>
        </w:rPr>
      </w:pPr>
    </w:p>
    <w:p w14:paraId="42247B0C" w14:textId="77777777" w:rsidR="00A04982" w:rsidRPr="00BA3308" w:rsidRDefault="001D082C">
      <w:pPr>
        <w:spacing w:after="40"/>
        <w:jc w:val="center"/>
        <w:rPr>
          <w:lang w:val="ru-RU"/>
        </w:rPr>
      </w:pPr>
      <w:r w:rsidRPr="00BA3308">
        <w:rPr>
          <w:b/>
          <w:color w:val="17365D"/>
          <w:sz w:val="40"/>
          <w:lang w:val="ru-RU"/>
        </w:rPr>
        <w:t>ПРОГРАММА</w:t>
      </w:r>
    </w:p>
    <w:p w14:paraId="0C915042" w14:textId="77777777" w:rsidR="00696E0F" w:rsidRDefault="00307FE2" w:rsidP="00696E0F">
      <w:pPr>
        <w:spacing w:after="40"/>
        <w:jc w:val="center"/>
        <w:rPr>
          <w:color w:val="4F81BD" w:themeColor="accent1"/>
          <w:sz w:val="24"/>
          <w:szCs w:val="24"/>
          <w:lang w:val="ru-RU"/>
        </w:rPr>
      </w:pPr>
      <w:r>
        <w:rPr>
          <w:b/>
          <w:color w:val="2F75B5"/>
          <w:sz w:val="30"/>
          <w:lang w:val="ru-RU"/>
        </w:rPr>
        <w:t xml:space="preserve"> </w:t>
      </w:r>
      <w:r w:rsidRPr="00A818AF">
        <w:rPr>
          <w:b/>
          <w:color w:val="2F75B5"/>
          <w:sz w:val="24"/>
          <w:szCs w:val="24"/>
        </w:rPr>
        <w:t>I</w:t>
      </w:r>
      <w:r w:rsidRPr="00A818AF">
        <w:rPr>
          <w:b/>
          <w:color w:val="2F75B5"/>
          <w:sz w:val="24"/>
          <w:szCs w:val="24"/>
          <w:lang w:val="ru-RU"/>
        </w:rPr>
        <w:t xml:space="preserve"> </w:t>
      </w:r>
      <w:r w:rsidR="001D082C" w:rsidRPr="00A818AF">
        <w:rPr>
          <w:b/>
          <w:color w:val="2F75B5"/>
          <w:sz w:val="24"/>
          <w:szCs w:val="24"/>
          <w:lang w:val="ru-RU"/>
        </w:rPr>
        <w:t>МЕЖДУНАРОДНОЙ НАУЧНО-ПРАКТИЧЕСКОЙ</w:t>
      </w:r>
      <w:r w:rsidR="00A818AF">
        <w:rPr>
          <w:sz w:val="24"/>
          <w:szCs w:val="24"/>
          <w:lang w:val="ru-RU"/>
        </w:rPr>
        <w:t xml:space="preserve"> </w:t>
      </w:r>
      <w:r w:rsidR="001D082C" w:rsidRPr="00A818AF">
        <w:rPr>
          <w:b/>
          <w:color w:val="4F81BD" w:themeColor="accent1"/>
          <w:sz w:val="24"/>
          <w:szCs w:val="24"/>
          <w:lang w:val="ru-RU"/>
        </w:rPr>
        <w:t>КОНФЕРЕНЦИИ</w:t>
      </w:r>
    </w:p>
    <w:p w14:paraId="3DC09FBC" w14:textId="77777777" w:rsidR="00A04982" w:rsidRPr="00696E0F" w:rsidRDefault="001D082C" w:rsidP="00696E0F">
      <w:pPr>
        <w:spacing w:after="40"/>
        <w:jc w:val="center"/>
        <w:rPr>
          <w:color w:val="4F81BD" w:themeColor="accent1"/>
          <w:sz w:val="24"/>
          <w:szCs w:val="24"/>
          <w:lang w:val="ru-RU"/>
        </w:rPr>
      </w:pPr>
      <w:r w:rsidRPr="00A818AF">
        <w:rPr>
          <w:b/>
          <w:color w:val="244061" w:themeColor="accent1" w:themeShade="80"/>
          <w:sz w:val="32"/>
          <w:szCs w:val="24"/>
          <w:lang w:val="ru-RU"/>
        </w:rPr>
        <w:t>«</w:t>
      </w:r>
      <w:r w:rsidR="00307FE2" w:rsidRPr="00A818AF">
        <w:rPr>
          <w:b/>
          <w:color w:val="244061" w:themeColor="accent1" w:themeShade="80"/>
          <w:sz w:val="32"/>
          <w:szCs w:val="24"/>
          <w:lang w:val="ru-RU"/>
        </w:rPr>
        <w:t xml:space="preserve">Духовое общество России: десятилетие созидания </w:t>
      </w:r>
      <w:r w:rsidR="00893DDE">
        <w:rPr>
          <w:b/>
          <w:color w:val="244061" w:themeColor="accent1" w:themeShade="80"/>
          <w:sz w:val="32"/>
          <w:szCs w:val="24"/>
          <w:lang w:val="ru-RU"/>
        </w:rPr>
        <w:tab/>
      </w:r>
      <w:r w:rsidR="00A818AF" w:rsidRPr="00A818AF">
        <w:rPr>
          <w:b/>
          <w:color w:val="244061" w:themeColor="accent1" w:themeShade="80"/>
          <w:sz w:val="32"/>
          <w:szCs w:val="24"/>
          <w:lang w:val="ru-RU"/>
        </w:rPr>
        <w:br/>
      </w:r>
      <w:r w:rsidR="00307FE2" w:rsidRPr="00A818AF">
        <w:rPr>
          <w:b/>
          <w:color w:val="244061" w:themeColor="accent1" w:themeShade="80"/>
          <w:sz w:val="32"/>
          <w:szCs w:val="24"/>
          <w:lang w:val="ru-RU"/>
        </w:rPr>
        <w:t>и перспективы развития</w:t>
      </w:r>
      <w:r w:rsidRPr="00A818AF">
        <w:rPr>
          <w:b/>
          <w:color w:val="244061" w:themeColor="accent1" w:themeShade="80"/>
          <w:sz w:val="32"/>
          <w:szCs w:val="24"/>
          <w:lang w:val="ru-RU"/>
        </w:rPr>
        <w:t>»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A04982" w:rsidRPr="00696E0F" w14:paraId="35B7E918" w14:textId="77777777">
        <w:trPr>
          <w:jc w:val="center"/>
        </w:trPr>
        <w:tc>
          <w:tcPr>
            <w:tcW w:w="3400" w:type="dxa"/>
            <w:shd w:val="clear" w:color="auto" w:fill="EAF1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1BCCC23" w14:textId="77777777" w:rsidR="00696E0F" w:rsidRDefault="001D082C">
            <w:pPr>
              <w:jc w:val="center"/>
              <w:rPr>
                <w:b/>
                <w:color w:val="2F75B5"/>
                <w:sz w:val="18"/>
                <w:szCs w:val="18"/>
              </w:rPr>
            </w:pPr>
            <w:r w:rsidRPr="00696E0F">
              <w:rPr>
                <w:b/>
                <w:color w:val="2F75B5"/>
                <w:sz w:val="18"/>
                <w:szCs w:val="18"/>
              </w:rPr>
              <w:t>ДАТА</w:t>
            </w:r>
          </w:p>
          <w:p w14:paraId="62F01036" w14:textId="77777777" w:rsidR="00A04982" w:rsidRPr="00696E0F" w:rsidRDefault="001D082C">
            <w:pPr>
              <w:jc w:val="center"/>
              <w:rPr>
                <w:sz w:val="18"/>
                <w:szCs w:val="18"/>
              </w:rPr>
            </w:pPr>
            <w:r w:rsidRPr="00696E0F">
              <w:rPr>
                <w:b/>
                <w:color w:val="2F75B5"/>
                <w:sz w:val="18"/>
                <w:szCs w:val="18"/>
              </w:rPr>
              <w:br/>
            </w:r>
            <w:r w:rsidR="003079D1" w:rsidRPr="00696E0F">
              <w:rPr>
                <w:color w:val="17365D"/>
                <w:sz w:val="18"/>
                <w:szCs w:val="18"/>
                <w:lang w:val="ru-RU"/>
              </w:rPr>
              <w:t>24 сентября</w:t>
            </w:r>
            <w:r w:rsidRPr="00696E0F">
              <w:rPr>
                <w:color w:val="17365D"/>
                <w:sz w:val="18"/>
                <w:szCs w:val="18"/>
              </w:rPr>
              <w:t xml:space="preserve"> 2026 </w:t>
            </w:r>
            <w:proofErr w:type="spellStart"/>
            <w:r w:rsidRPr="00696E0F">
              <w:rPr>
                <w:color w:val="17365D"/>
                <w:sz w:val="18"/>
                <w:szCs w:val="18"/>
              </w:rPr>
              <w:t>года</w:t>
            </w:r>
            <w:proofErr w:type="spellEnd"/>
          </w:p>
        </w:tc>
        <w:tc>
          <w:tcPr>
            <w:tcW w:w="3400" w:type="dxa"/>
            <w:shd w:val="clear" w:color="auto" w:fill="EAF1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EAADBFB" w14:textId="77777777" w:rsidR="00A04982" w:rsidRPr="00696E0F" w:rsidRDefault="001D082C">
            <w:pPr>
              <w:jc w:val="center"/>
              <w:rPr>
                <w:color w:val="17365D"/>
                <w:sz w:val="18"/>
                <w:szCs w:val="18"/>
                <w:lang w:val="ru-RU"/>
              </w:rPr>
            </w:pPr>
            <w:r w:rsidRPr="00696E0F">
              <w:rPr>
                <w:b/>
                <w:color w:val="2F75B5"/>
                <w:sz w:val="18"/>
                <w:szCs w:val="18"/>
                <w:lang w:val="ru-RU"/>
              </w:rPr>
              <w:t>МЕСТО</w:t>
            </w:r>
          </w:p>
          <w:p w14:paraId="6BC60964" w14:textId="77777777" w:rsidR="003079D1" w:rsidRPr="00696E0F" w:rsidRDefault="003079D1">
            <w:pPr>
              <w:jc w:val="center"/>
              <w:rPr>
                <w:sz w:val="18"/>
                <w:szCs w:val="18"/>
                <w:lang w:val="ru-RU"/>
              </w:rPr>
            </w:pPr>
            <w:r w:rsidRPr="00696E0F">
              <w:rPr>
                <w:sz w:val="18"/>
                <w:szCs w:val="18"/>
                <w:lang w:val="ru-RU"/>
              </w:rPr>
              <w:t>Санкт-Петербургская детская школа искусств имени Ю.Х. Темирканова</w:t>
            </w:r>
          </w:p>
          <w:p w14:paraId="27634009" w14:textId="77777777" w:rsidR="00696778" w:rsidRPr="00696E0F" w:rsidRDefault="00696778" w:rsidP="00696778">
            <w:pPr>
              <w:jc w:val="center"/>
              <w:rPr>
                <w:color w:val="17365D"/>
                <w:sz w:val="18"/>
                <w:szCs w:val="18"/>
                <w:lang w:val="ru-RU"/>
              </w:rPr>
            </w:pPr>
            <w:r w:rsidRPr="00696E0F">
              <w:rPr>
                <w:sz w:val="18"/>
                <w:szCs w:val="18"/>
                <w:lang w:val="ru-RU"/>
              </w:rPr>
              <w:t>(</w:t>
            </w:r>
            <w:r w:rsidRPr="00696E0F">
              <w:rPr>
                <w:color w:val="17365D"/>
                <w:sz w:val="18"/>
                <w:szCs w:val="18"/>
                <w:lang w:val="ru-RU"/>
              </w:rPr>
              <w:t>Санкт-Петербург, Бухарестская улица, 35к1)</w:t>
            </w:r>
          </w:p>
        </w:tc>
        <w:tc>
          <w:tcPr>
            <w:tcW w:w="3400" w:type="dxa"/>
            <w:shd w:val="clear" w:color="auto" w:fill="EAF1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59C52BE" w14:textId="77777777" w:rsidR="00696E0F" w:rsidRDefault="001D082C">
            <w:pPr>
              <w:jc w:val="center"/>
              <w:rPr>
                <w:b/>
                <w:color w:val="2F75B5"/>
                <w:sz w:val="18"/>
                <w:szCs w:val="18"/>
              </w:rPr>
            </w:pPr>
            <w:r w:rsidRPr="00696E0F">
              <w:rPr>
                <w:b/>
                <w:color w:val="2F75B5"/>
                <w:sz w:val="18"/>
                <w:szCs w:val="18"/>
              </w:rPr>
              <w:t>ФОРМАТ</w:t>
            </w:r>
          </w:p>
          <w:p w14:paraId="791F02B6" w14:textId="77777777" w:rsidR="00A04982" w:rsidRPr="00696E0F" w:rsidRDefault="001D082C">
            <w:pPr>
              <w:jc w:val="center"/>
              <w:rPr>
                <w:sz w:val="18"/>
                <w:szCs w:val="18"/>
              </w:rPr>
            </w:pPr>
            <w:r w:rsidRPr="00696E0F">
              <w:rPr>
                <w:b/>
                <w:color w:val="2F75B5"/>
                <w:sz w:val="18"/>
                <w:szCs w:val="18"/>
              </w:rPr>
              <w:br/>
            </w:r>
            <w:r w:rsidR="00307FE2" w:rsidRPr="00696E0F">
              <w:rPr>
                <w:color w:val="17365D"/>
                <w:sz w:val="18"/>
                <w:szCs w:val="18"/>
                <w:lang w:val="ru-RU"/>
              </w:rPr>
              <w:t>о</w:t>
            </w:r>
            <w:r w:rsidRPr="00696E0F">
              <w:rPr>
                <w:color w:val="17365D"/>
                <w:sz w:val="18"/>
                <w:szCs w:val="18"/>
              </w:rPr>
              <w:t>чный / онлайн</w:t>
            </w:r>
          </w:p>
        </w:tc>
      </w:tr>
    </w:tbl>
    <w:p w14:paraId="6B7603A0" w14:textId="77777777" w:rsidR="00A04982" w:rsidRDefault="001D082C">
      <w:pPr>
        <w:pBdr>
          <w:bottom w:val="single" w:sz="6" w:space="1" w:color="2F75B5"/>
        </w:pBdr>
        <w:spacing w:before="200" w:after="80"/>
      </w:pPr>
      <w:r>
        <w:rPr>
          <w:b/>
          <w:color w:val="17365D"/>
          <w:sz w:val="22"/>
        </w:rPr>
        <w:t>ДЕНЬ 1 • НАУЧНО-ПРАКТИЧЕСКАЯ ПРОГРАММА</w:t>
      </w:r>
    </w:p>
    <w:tbl>
      <w:tblPr>
        <w:tblW w:w="10230" w:type="dxa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  <w:gridCol w:w="30"/>
      </w:tblGrid>
      <w:tr w:rsidR="00A04982" w:rsidRPr="002D62C8" w14:paraId="1D784B4B" w14:textId="77777777" w:rsidTr="00B15C10">
        <w:trPr>
          <w:jc w:val="center"/>
        </w:trPr>
        <w:tc>
          <w:tcPr>
            <w:tcW w:w="3400" w:type="dxa"/>
            <w:shd w:val="clear" w:color="auto" w:fill="17365D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975FD06" w14:textId="77777777" w:rsidR="00A04982" w:rsidRPr="002D62C8" w:rsidRDefault="001D082C">
            <w:pPr>
              <w:jc w:val="center"/>
            </w:pPr>
            <w:r w:rsidRPr="002D62C8">
              <w:rPr>
                <w:b/>
                <w:color w:val="FFFFFF"/>
              </w:rPr>
              <w:t>ВРЕМЯ</w:t>
            </w:r>
          </w:p>
        </w:tc>
        <w:tc>
          <w:tcPr>
            <w:tcW w:w="3400" w:type="dxa"/>
            <w:shd w:val="clear" w:color="auto" w:fill="17365D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E78983C" w14:textId="77777777" w:rsidR="00A04982" w:rsidRPr="002D62C8" w:rsidRDefault="001D082C">
            <w:pPr>
              <w:jc w:val="center"/>
            </w:pPr>
            <w:r w:rsidRPr="002D62C8">
              <w:rPr>
                <w:b/>
                <w:color w:val="FFFFFF"/>
              </w:rPr>
              <w:t>МЕРОПРИЯТИЕ</w:t>
            </w:r>
          </w:p>
        </w:tc>
        <w:tc>
          <w:tcPr>
            <w:tcW w:w="3430" w:type="dxa"/>
            <w:gridSpan w:val="2"/>
            <w:shd w:val="clear" w:color="auto" w:fill="17365D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3751375" w14:textId="77777777" w:rsidR="00A04982" w:rsidRPr="002D62C8" w:rsidRDefault="001D082C">
            <w:pPr>
              <w:jc w:val="center"/>
            </w:pPr>
            <w:r w:rsidRPr="002D62C8">
              <w:rPr>
                <w:b/>
                <w:color w:val="FFFFFF"/>
              </w:rPr>
              <w:t>СПИКЕР / ПРИМЕЧАНИЕ</w:t>
            </w:r>
          </w:p>
        </w:tc>
      </w:tr>
      <w:tr w:rsidR="00A04982" w:rsidRPr="002D62C8" w14:paraId="58607749" w14:textId="77777777" w:rsidTr="00B15C10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AED4348" w14:textId="77777777" w:rsidR="00A04982" w:rsidRPr="002D62C8" w:rsidRDefault="001D082C">
            <w:r w:rsidRPr="002D62C8">
              <w:rPr>
                <w:b/>
                <w:color w:val="2F75B5"/>
              </w:rPr>
              <w:t>09:00–</w:t>
            </w:r>
            <w:r w:rsidR="00A30D24" w:rsidRPr="002D62C8">
              <w:rPr>
                <w:b/>
                <w:color w:val="2F75B5"/>
                <w:lang w:val="ru-RU"/>
              </w:rPr>
              <w:t>09</w:t>
            </w:r>
            <w:r w:rsidRPr="002D62C8">
              <w:rPr>
                <w:b/>
                <w:color w:val="2F75B5"/>
              </w:rPr>
              <w:t>:</w:t>
            </w:r>
            <w:r w:rsidR="00A30D24" w:rsidRPr="002D62C8">
              <w:rPr>
                <w:b/>
                <w:color w:val="2F75B5"/>
                <w:lang w:val="ru-RU"/>
              </w:rPr>
              <w:t>3</w:t>
            </w:r>
            <w:r w:rsidRPr="002D62C8">
              <w:rPr>
                <w:b/>
                <w:color w:val="2F75B5"/>
              </w:rPr>
              <w:t>0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B3ADC1F" w14:textId="77777777" w:rsidR="00A04982" w:rsidRPr="002D62C8" w:rsidRDefault="001D082C">
            <w:r w:rsidRPr="002D62C8">
              <w:rPr>
                <w:b/>
                <w:color w:val="17365D"/>
              </w:rPr>
              <w:t>Регистрация участников</w:t>
            </w:r>
          </w:p>
        </w:tc>
        <w:tc>
          <w:tcPr>
            <w:tcW w:w="3430" w:type="dxa"/>
            <w:gridSpan w:val="2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C1B8F97" w14:textId="77777777" w:rsidR="00A04982" w:rsidRPr="002D62C8" w:rsidRDefault="001D082C">
            <w:r w:rsidRPr="002D62C8">
              <w:rPr>
                <w:color w:val="1F497D" w:themeColor="text2"/>
              </w:rPr>
              <w:t>Оргкомитет</w:t>
            </w:r>
          </w:p>
        </w:tc>
      </w:tr>
      <w:tr w:rsidR="00A04982" w:rsidRPr="005A5374" w14:paraId="3E95B75D" w14:textId="77777777" w:rsidTr="00B15C10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7CD06C9" w14:textId="77777777" w:rsidR="00A04982" w:rsidRPr="002D62C8" w:rsidRDefault="00A30D24">
            <w:pPr>
              <w:rPr>
                <w:lang w:val="ru-RU"/>
              </w:rPr>
            </w:pPr>
            <w:r w:rsidRPr="002D62C8">
              <w:rPr>
                <w:b/>
                <w:color w:val="2F75B5"/>
                <w:lang w:val="ru-RU"/>
              </w:rPr>
              <w:t>09</w:t>
            </w:r>
            <w:r w:rsidR="001D082C"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3</w:t>
            </w:r>
            <w:r w:rsidR="001D082C" w:rsidRPr="002D62C8">
              <w:rPr>
                <w:b/>
                <w:color w:val="2F75B5"/>
              </w:rPr>
              <w:t>0–</w:t>
            </w:r>
            <w:r w:rsidRPr="002D62C8">
              <w:rPr>
                <w:b/>
                <w:color w:val="2F75B5"/>
                <w:lang w:val="ru-RU"/>
              </w:rPr>
              <w:t>09</w:t>
            </w:r>
            <w:r w:rsidR="001D082C"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45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F8A09A3" w14:textId="77777777" w:rsidR="00A04982" w:rsidRPr="002D62C8" w:rsidRDefault="001D082C">
            <w:r w:rsidRPr="002D62C8">
              <w:rPr>
                <w:b/>
                <w:color w:val="0F243E" w:themeColor="text2" w:themeShade="80"/>
              </w:rPr>
              <w:t>Торжественное открытие конференции</w:t>
            </w:r>
          </w:p>
        </w:tc>
        <w:tc>
          <w:tcPr>
            <w:tcW w:w="3430" w:type="dxa"/>
            <w:gridSpan w:val="2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DA08A08" w14:textId="77777777" w:rsidR="0012582A" w:rsidRPr="002D62C8" w:rsidRDefault="00222575" w:rsidP="0012582A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ЦЕП</w:t>
            </w:r>
            <w:r w:rsidR="0094708A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</w:t>
            </w:r>
            <w:r w:rsidR="00A30D24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Анатоли</w:t>
            </w:r>
            <w:r w:rsidR="0012582A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й</w:t>
            </w:r>
            <w:r w:rsidR="00A30D24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Иванович</w:t>
            </w:r>
          </w:p>
          <w:p w14:paraId="22DC2A40" w14:textId="77777777" w:rsidR="004020E2" w:rsidRPr="002D62C8" w:rsidRDefault="004020E2" w:rsidP="0012582A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(ФГБУК «Государственный Российский Дом народного творчества имени В. Д. Поленова»)</w:t>
            </w:r>
          </w:p>
          <w:p w14:paraId="734DAED1" w14:textId="77777777" w:rsidR="004020E2" w:rsidRPr="002D62C8" w:rsidRDefault="004020E2" w:rsidP="0012582A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  <w:p w14:paraId="06387267" w14:textId="77777777" w:rsidR="00A04982" w:rsidRPr="002D62C8" w:rsidRDefault="00222575" w:rsidP="0012582A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ОВЧИННИКОВ </w:t>
            </w:r>
            <w:r w:rsidR="00A30D24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Александр Владимирович</w:t>
            </w:r>
          </w:p>
          <w:p w14:paraId="3E89913D" w14:textId="77777777" w:rsidR="004020E2" w:rsidRPr="002D62C8" w:rsidRDefault="004020E2" w:rsidP="0012582A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(СПб ГБУДО "Санкт-Петербургская детская школа искусств имени Ю.Х. Темирканова")</w:t>
            </w:r>
          </w:p>
        </w:tc>
      </w:tr>
      <w:tr w:rsidR="00A04982" w:rsidRPr="002D62C8" w14:paraId="60241510" w14:textId="77777777" w:rsidTr="00B15C10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0A83B56" w14:textId="77777777" w:rsidR="00A04982" w:rsidRPr="002D62C8" w:rsidRDefault="00A30D24">
            <w:pPr>
              <w:rPr>
                <w:lang w:val="ru-RU"/>
              </w:rPr>
            </w:pPr>
            <w:r w:rsidRPr="002D62C8">
              <w:rPr>
                <w:b/>
                <w:color w:val="2F75B5"/>
                <w:lang w:val="ru-RU"/>
              </w:rPr>
              <w:t>09</w:t>
            </w:r>
            <w:r w:rsidR="001D082C"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45</w:t>
            </w:r>
            <w:r w:rsidR="001D082C" w:rsidRPr="002D62C8">
              <w:rPr>
                <w:b/>
                <w:color w:val="2F75B5"/>
              </w:rPr>
              <w:t>–1</w:t>
            </w:r>
            <w:r w:rsidRPr="002D62C8">
              <w:rPr>
                <w:b/>
                <w:color w:val="2F75B5"/>
                <w:lang w:val="ru-RU"/>
              </w:rPr>
              <w:t>0</w:t>
            </w:r>
            <w:r w:rsidR="001D082C"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15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0F90FD6" w14:textId="77777777" w:rsidR="00A30D24" w:rsidRPr="002D62C8" w:rsidRDefault="00A30D24" w:rsidP="00A30D24">
            <w:pPr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</w:pPr>
            <w:r w:rsidRPr="002D62C8"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  <w:t xml:space="preserve">СЕКЦИЯ 1 </w:t>
            </w:r>
          </w:p>
          <w:p w14:paraId="0DE1440F" w14:textId="77777777" w:rsidR="00A30D24" w:rsidRPr="002D62C8" w:rsidRDefault="00A30D24" w:rsidP="00A30D24">
            <w:pPr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</w:pPr>
            <w:r w:rsidRPr="002D62C8"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  <w:t>Духовое искусство в системе государственной культурной политики и патриотического воспитания</w:t>
            </w:r>
          </w:p>
          <w:p w14:paraId="15FCB996" w14:textId="77777777" w:rsidR="00A25DA2" w:rsidRPr="002D62C8" w:rsidRDefault="00A30D24">
            <w:pPr>
              <w:rPr>
                <w:rFonts w:cs="Arial"/>
                <w:color w:val="0F243E" w:themeColor="text2" w:themeShade="80"/>
                <w:szCs w:val="18"/>
                <w:lang w:val="ru-RU"/>
              </w:rPr>
            </w:pPr>
            <w:r w:rsidRPr="002D62C8">
              <w:rPr>
                <w:rFonts w:cs="Arial"/>
                <w:color w:val="0F243E" w:themeColor="text2" w:themeShade="80"/>
                <w:szCs w:val="18"/>
                <w:lang w:val="ru-RU"/>
              </w:rPr>
              <w:t xml:space="preserve">роль духового искусства </w:t>
            </w:r>
            <w:r w:rsidRPr="002D62C8">
              <w:rPr>
                <w:rFonts w:cs="Arial"/>
                <w:color w:val="0F243E" w:themeColor="text2" w:themeShade="80"/>
                <w:szCs w:val="18"/>
                <w:lang w:val="ru-RU"/>
              </w:rPr>
              <w:br/>
              <w:t xml:space="preserve">в формировании гражданской идентичности и исторической памяти, сохранение и </w:t>
            </w:r>
            <w:r w:rsidRPr="002D62C8">
              <w:rPr>
                <w:rFonts w:cs="Arial"/>
                <w:color w:val="0F243E" w:themeColor="text2" w:themeShade="80"/>
                <w:szCs w:val="18"/>
                <w:lang w:val="ru-RU"/>
              </w:rPr>
              <w:lastRenderedPageBreak/>
              <w:t xml:space="preserve">популяризация культурного наследия средствами духового исполнительства, традиционные духовно-нравственные ценности </w:t>
            </w:r>
            <w:r w:rsidRPr="002D62C8">
              <w:rPr>
                <w:rFonts w:cs="Arial"/>
                <w:color w:val="0F243E" w:themeColor="text2" w:themeShade="80"/>
                <w:szCs w:val="18"/>
                <w:lang w:val="ru-RU"/>
              </w:rPr>
              <w:br/>
              <w:t>и музыкальная культура</w:t>
            </w:r>
          </w:p>
          <w:p w14:paraId="1B686392" w14:textId="77777777" w:rsidR="00A25DA2" w:rsidRPr="002D62C8" w:rsidRDefault="00A25DA2" w:rsidP="00A25DA2">
            <w:pPr>
              <w:rPr>
                <w:rFonts w:cs="Arial"/>
                <w:szCs w:val="18"/>
                <w:lang w:val="ru-RU"/>
              </w:rPr>
            </w:pPr>
          </w:p>
          <w:p w14:paraId="0EC094BC" w14:textId="77777777" w:rsidR="00A04982" w:rsidRPr="002D62C8" w:rsidRDefault="00A04982" w:rsidP="00A25DA2">
            <w:pPr>
              <w:jc w:val="center"/>
              <w:rPr>
                <w:rFonts w:cs="Arial"/>
                <w:szCs w:val="18"/>
                <w:lang w:val="ru-RU"/>
              </w:rPr>
            </w:pPr>
          </w:p>
        </w:tc>
        <w:tc>
          <w:tcPr>
            <w:tcW w:w="3430" w:type="dxa"/>
            <w:gridSpan w:val="2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D16A8B9" w14:textId="77777777" w:rsidR="008D02B3" w:rsidRPr="002D62C8" w:rsidRDefault="008D02B3" w:rsidP="00826863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lastRenderedPageBreak/>
              <w:t>Межрегиональный проект "Волшебная флейта: творческая школа игры на флейте Николая Попова". Синергия жанров и опыт проведения по 10 регионам Российской Федерации</w:t>
            </w:r>
          </w:p>
          <w:p w14:paraId="39536C11" w14:textId="77777777" w:rsidR="00150090" w:rsidRPr="002D62C8" w:rsidRDefault="00150090" w:rsidP="0082686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ПОПОВ </w:t>
            </w:r>
            <w:r w:rsidR="002F53E4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Николай Борисович </w:t>
            </w:r>
          </w:p>
          <w:p w14:paraId="50659E1E" w14:textId="77777777" w:rsidR="00150090" w:rsidRPr="002D62C8" w:rsidRDefault="005C4472" w:rsidP="0082686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(Большой театр России) </w:t>
            </w:r>
          </w:p>
          <w:p w14:paraId="656FCBD9" w14:textId="77777777" w:rsidR="00826863" w:rsidRPr="002D62C8" w:rsidRDefault="00826863" w:rsidP="0082686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ВОЛЬФСОН </w:t>
            </w:r>
          </w:p>
          <w:p w14:paraId="0CEC33B4" w14:textId="77777777" w:rsidR="00826863" w:rsidRPr="002D62C8" w:rsidRDefault="009E21C1" w:rsidP="0082686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Вадим Владимирович </w:t>
            </w:r>
          </w:p>
          <w:p w14:paraId="5C883B22" w14:textId="77777777" w:rsidR="00150090" w:rsidRPr="002D62C8" w:rsidRDefault="005C4472" w:rsidP="0082686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(Музе</w:t>
            </w:r>
            <w:r w:rsidR="006F69CE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й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Просвещения)</w:t>
            </w:r>
          </w:p>
          <w:p w14:paraId="715170C6" w14:textId="77777777" w:rsidR="006F69CE" w:rsidRPr="002D62C8" w:rsidRDefault="00826863" w:rsidP="0082686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lastRenderedPageBreak/>
              <w:t xml:space="preserve">ДЕМИДОВА </w:t>
            </w:r>
            <w:r w:rsidR="009E21C1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Елена Сергеевна </w:t>
            </w:r>
          </w:p>
          <w:p w14:paraId="5C604B92" w14:textId="77777777" w:rsidR="00826863" w:rsidRPr="002D62C8" w:rsidRDefault="006F69CE" w:rsidP="0082686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(Музей Просвещения)</w:t>
            </w:r>
          </w:p>
          <w:p w14:paraId="77BB2F62" w14:textId="77777777" w:rsidR="00696E0F" w:rsidRPr="002D62C8" w:rsidRDefault="00696E0F" w:rsidP="00826863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</w:p>
          <w:p w14:paraId="6315A80D" w14:textId="77777777" w:rsidR="00E04DC6" w:rsidRPr="002D62C8" w:rsidRDefault="00E04DC6" w:rsidP="00826863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t>Саратовская школа духового исполнительства: сохранение традиций как основа патриотического сознания</w:t>
            </w:r>
          </w:p>
          <w:p w14:paraId="50DCF8D4" w14:textId="77777777" w:rsidR="00826863" w:rsidRPr="002D62C8" w:rsidRDefault="00826863" w:rsidP="0082686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РЫЖЕНКОВА </w:t>
            </w:r>
            <w:r w:rsidR="00E04DC6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Светлана Валентиновна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</w:t>
            </w:r>
          </w:p>
          <w:p w14:paraId="4842AB64" w14:textId="55B13D26" w:rsidR="00030E50" w:rsidRDefault="005C4472" w:rsidP="006F7E0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(МБУДО "Детская школа искусств №21") </w:t>
            </w:r>
          </w:p>
          <w:p w14:paraId="0B83BF5D" w14:textId="77777777" w:rsidR="00A30BC6" w:rsidRPr="002D62C8" w:rsidRDefault="00A30BC6" w:rsidP="006F7E0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  <w:p w14:paraId="40B5F504" w14:textId="77777777" w:rsidR="00030E50" w:rsidRPr="002D62C8" w:rsidRDefault="00030E50" w:rsidP="006F7E00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t>Детский симфонический оркестр Первых: от Всероссийского прослушивания до большой сцены — новые возможности для юных музыкантов и патриотического воспитания</w:t>
            </w:r>
          </w:p>
          <w:p w14:paraId="1F85848E" w14:textId="77777777" w:rsidR="006F7E00" w:rsidRPr="002D62C8" w:rsidRDefault="00513DDA" w:rsidP="006F7E0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НОРЕЦ Елизавета Дмитриевна </w:t>
            </w:r>
          </w:p>
          <w:p w14:paraId="603AF6DA" w14:textId="77777777" w:rsidR="00A04982" w:rsidRPr="002D62C8" w:rsidRDefault="005C4472" w:rsidP="00030E5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</w:t>
            </w:r>
            <w:r w:rsidR="00696E0F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Общероссийское общественно-государственное движение детей и молодёжи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</w:t>
            </w:r>
            <w:r w:rsidR="00696E0F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«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Движени</w:t>
            </w:r>
            <w:r w:rsidR="006F69CE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е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Первых</w:t>
            </w:r>
            <w:r w:rsidR="00696E0F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»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)</w:t>
            </w:r>
          </w:p>
          <w:p w14:paraId="511CFD09" w14:textId="77777777" w:rsidR="00E563D7" w:rsidRPr="002D62C8" w:rsidRDefault="00E563D7" w:rsidP="00030E50">
            <w:pPr>
              <w:pStyle w:val="a9"/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  <w:t>(дистанционное участие)</w:t>
            </w:r>
          </w:p>
        </w:tc>
      </w:tr>
      <w:tr w:rsidR="00A04982" w:rsidRPr="002D62C8" w14:paraId="678F70DF" w14:textId="77777777" w:rsidTr="00B15C10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348FC00" w14:textId="77777777" w:rsidR="00A04982" w:rsidRPr="002D62C8" w:rsidRDefault="001D082C">
            <w:pPr>
              <w:rPr>
                <w:lang w:val="ru-RU"/>
              </w:rPr>
            </w:pPr>
            <w:r w:rsidRPr="002D62C8">
              <w:rPr>
                <w:b/>
                <w:color w:val="2F75B5"/>
              </w:rPr>
              <w:lastRenderedPageBreak/>
              <w:t>1</w:t>
            </w:r>
            <w:r w:rsidR="006F7E00"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:</w:t>
            </w:r>
            <w:r w:rsidR="006F7E00" w:rsidRPr="002D62C8">
              <w:rPr>
                <w:b/>
                <w:color w:val="2F75B5"/>
                <w:lang w:val="ru-RU"/>
              </w:rPr>
              <w:t>15</w:t>
            </w:r>
            <w:r w:rsidRPr="002D62C8">
              <w:rPr>
                <w:b/>
                <w:color w:val="2F75B5"/>
              </w:rPr>
              <w:t>–1</w:t>
            </w:r>
            <w:r w:rsidR="006F7E00"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:</w:t>
            </w:r>
            <w:r w:rsidR="00B64A88" w:rsidRPr="002D62C8">
              <w:rPr>
                <w:b/>
                <w:color w:val="2F75B5"/>
                <w:lang w:val="ru-RU"/>
              </w:rPr>
              <w:t>30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1F86924" w14:textId="77777777" w:rsidR="00A04982" w:rsidRPr="002D62C8" w:rsidRDefault="006F7E00">
            <w:pPr>
              <w:rPr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Перерыв</w:t>
            </w:r>
          </w:p>
        </w:tc>
        <w:tc>
          <w:tcPr>
            <w:tcW w:w="3430" w:type="dxa"/>
            <w:gridSpan w:val="2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1E63517" w14:textId="77777777" w:rsidR="00A04982" w:rsidRPr="002D62C8" w:rsidRDefault="00A04982">
            <w:pPr>
              <w:rPr>
                <w:lang w:val="ru-RU"/>
              </w:rPr>
            </w:pPr>
          </w:p>
        </w:tc>
      </w:tr>
      <w:tr w:rsidR="00A04982" w:rsidRPr="005A5374" w14:paraId="383D2925" w14:textId="77777777" w:rsidTr="00B15C10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4EA10BA" w14:textId="77777777" w:rsidR="00A04982" w:rsidRPr="002D62C8" w:rsidRDefault="001D082C">
            <w:pPr>
              <w:rPr>
                <w:lang w:val="ru-RU"/>
              </w:rPr>
            </w:pPr>
            <w:r w:rsidRPr="002D62C8">
              <w:rPr>
                <w:b/>
                <w:color w:val="2F75B5"/>
              </w:rPr>
              <w:t>1</w:t>
            </w:r>
            <w:r w:rsidR="006F7E00"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:</w:t>
            </w:r>
            <w:r w:rsidR="00B64A88" w:rsidRPr="002D62C8">
              <w:rPr>
                <w:b/>
                <w:color w:val="2F75B5"/>
                <w:lang w:val="ru-RU"/>
              </w:rPr>
              <w:t>30</w:t>
            </w:r>
            <w:r w:rsidRPr="002D62C8">
              <w:rPr>
                <w:b/>
                <w:color w:val="2F75B5"/>
              </w:rPr>
              <w:t>–1</w:t>
            </w:r>
            <w:r w:rsidR="006F7E00"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:</w:t>
            </w:r>
            <w:r w:rsidR="00B64A88" w:rsidRPr="002D62C8">
              <w:rPr>
                <w:b/>
                <w:color w:val="2F75B5"/>
                <w:lang w:val="ru-RU"/>
              </w:rPr>
              <w:t>50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29070C3" w14:textId="77777777" w:rsidR="006F7E00" w:rsidRPr="002D62C8" w:rsidRDefault="006F7E00" w:rsidP="006F7E00">
            <w:pPr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</w:pPr>
            <w:r w:rsidRPr="002D62C8"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  <w:t>СЕКЦИЯ 2</w:t>
            </w:r>
          </w:p>
          <w:p w14:paraId="1A429D5E" w14:textId="77777777" w:rsidR="006F7E00" w:rsidRPr="002D62C8" w:rsidRDefault="006F7E00" w:rsidP="006F7E00">
            <w:pPr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</w:pPr>
            <w:r w:rsidRPr="002D62C8"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  <w:t>Стратегические механизмы развития духового искусства: на примере российского и международного опыта</w:t>
            </w:r>
          </w:p>
          <w:p w14:paraId="089BDF4A" w14:textId="77777777" w:rsidR="00A04982" w:rsidRPr="002D62C8" w:rsidRDefault="006F7E00" w:rsidP="006F7E00">
            <w:pPr>
              <w:rPr>
                <w:szCs w:val="18"/>
                <w:lang w:val="ru-RU"/>
              </w:rPr>
            </w:pPr>
            <w:r w:rsidRPr="002D62C8">
              <w:rPr>
                <w:rFonts w:cs="Arial"/>
                <w:color w:val="0F243E" w:themeColor="text2" w:themeShade="80"/>
                <w:szCs w:val="18"/>
                <w:lang w:val="ru-RU"/>
              </w:rPr>
              <w:t>нормативно-правовые, организационные и экономические механизмы поддержки духового исполнительства, деятельность профессиональных сообществ в сфере духовного исполнительства и общественных объединений, лучшие практики субъектов Российской Федерации по развитию духового искусства</w:t>
            </w:r>
          </w:p>
        </w:tc>
        <w:tc>
          <w:tcPr>
            <w:tcW w:w="3430" w:type="dxa"/>
            <w:gridSpan w:val="2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ED1DFF0" w14:textId="77777777" w:rsidR="0022285A" w:rsidRPr="002D62C8" w:rsidRDefault="0022285A" w:rsidP="006F7E00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t>Роль военного музыкального академического лицея в развитии духовых и ударных инструментов в Узбекистане</w:t>
            </w:r>
          </w:p>
          <w:p w14:paraId="3488F406" w14:textId="77777777" w:rsidR="00C37E7B" w:rsidRPr="002D62C8" w:rsidRDefault="006F7E00" w:rsidP="006F7E0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ИСМАИЛОВ </w:t>
            </w:r>
            <w:proofErr w:type="spellStart"/>
            <w:r w:rsidR="0022285A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Кадамбай</w:t>
            </w:r>
            <w:proofErr w:type="spellEnd"/>
            <w:r w:rsidR="0022285A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</w:t>
            </w:r>
            <w:proofErr w:type="spellStart"/>
            <w:r w:rsidR="0022285A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Назарович</w:t>
            </w:r>
            <w:proofErr w:type="spellEnd"/>
          </w:p>
          <w:p w14:paraId="05064AFF" w14:textId="77777777" w:rsidR="006F7E00" w:rsidRPr="002D62C8" w:rsidRDefault="006F7E00" w:rsidP="006F7E0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(Военно-музыкальный Академический лицей Национальной гвардии Республики Узбекистан. г.Ташкент)</w:t>
            </w:r>
          </w:p>
          <w:p w14:paraId="5D77D0AE" w14:textId="77777777" w:rsidR="00EC5FD2" w:rsidRPr="002D62C8" w:rsidRDefault="00EC5FD2" w:rsidP="006F7E00">
            <w:pPr>
              <w:pStyle w:val="a9"/>
              <w:rPr>
                <w:rFonts w:ascii="Arial" w:hAnsi="Arial" w:cs="Arial"/>
                <w:i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i/>
                <w:color w:val="1F497D" w:themeColor="text2"/>
                <w:sz w:val="20"/>
                <w:szCs w:val="18"/>
                <w:lang w:val="ru-RU"/>
              </w:rPr>
              <w:t>(дистанционное участие)</w:t>
            </w:r>
          </w:p>
          <w:p w14:paraId="588D9E51" w14:textId="77777777" w:rsidR="006F7E00" w:rsidRPr="002D62C8" w:rsidRDefault="006F7E00" w:rsidP="006F7E00">
            <w:pPr>
              <w:pStyle w:val="a9"/>
              <w:rPr>
                <w:rFonts w:ascii="Arial" w:hAnsi="Arial" w:cs="Arial"/>
                <w:color w:val="7F7F7F" w:themeColor="text1" w:themeTint="80"/>
                <w:sz w:val="20"/>
                <w:szCs w:val="18"/>
                <w:lang w:val="ru-RU"/>
              </w:rPr>
            </w:pPr>
          </w:p>
          <w:p w14:paraId="4BFF73F9" w14:textId="77777777" w:rsidR="00600AB6" w:rsidRPr="002D62C8" w:rsidRDefault="00600AB6" w:rsidP="006F7E00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t xml:space="preserve">Духовая музыка как носитель патриотической идеи: возрождение традиций и единение народа </w:t>
            </w:r>
          </w:p>
          <w:p w14:paraId="2210FC8A" w14:textId="77777777" w:rsidR="00C37E7B" w:rsidRPr="002D62C8" w:rsidRDefault="00C37E7B" w:rsidP="006F7E0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ГЛУШКОВ </w:t>
            </w:r>
            <w:r w:rsidR="00600AB6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Александр Владимирович </w:t>
            </w:r>
          </w:p>
          <w:p w14:paraId="00B4EEE3" w14:textId="77777777" w:rsidR="00A04982" w:rsidRPr="002D62C8" w:rsidRDefault="006F7E00" w:rsidP="006F7E0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(Восходненская детская музыкальная школа" Красногвардейского района Республики Крым)</w:t>
            </w:r>
          </w:p>
        </w:tc>
      </w:tr>
      <w:tr w:rsidR="00A04982" w:rsidRPr="002D62C8" w14:paraId="3642391C" w14:textId="77777777" w:rsidTr="00B15C10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D605081" w14:textId="77777777" w:rsidR="00A04982" w:rsidRPr="002D62C8" w:rsidRDefault="001D082C">
            <w:pPr>
              <w:rPr>
                <w:lang w:val="ru-RU"/>
              </w:rPr>
            </w:pPr>
            <w:r w:rsidRPr="002D62C8">
              <w:rPr>
                <w:b/>
                <w:color w:val="2F75B5"/>
              </w:rPr>
              <w:t>1</w:t>
            </w:r>
            <w:r w:rsidR="00750389"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:</w:t>
            </w:r>
            <w:r w:rsidR="00B64A88" w:rsidRPr="002D62C8">
              <w:rPr>
                <w:b/>
                <w:color w:val="2F75B5"/>
                <w:lang w:val="ru-RU"/>
              </w:rPr>
              <w:t>50</w:t>
            </w:r>
            <w:r w:rsidRPr="002D62C8">
              <w:rPr>
                <w:b/>
                <w:color w:val="2F75B5"/>
              </w:rPr>
              <w:t>–</w:t>
            </w:r>
            <w:r w:rsidR="00B64A88" w:rsidRPr="002D62C8">
              <w:rPr>
                <w:b/>
                <w:color w:val="2F75B5"/>
                <w:lang w:val="ru-RU"/>
              </w:rPr>
              <w:t>11</w:t>
            </w:r>
            <w:r w:rsidRPr="002D62C8">
              <w:rPr>
                <w:b/>
                <w:color w:val="2F75B5"/>
              </w:rPr>
              <w:t>:</w:t>
            </w:r>
            <w:r w:rsidR="00B64A88" w:rsidRPr="002D62C8">
              <w:rPr>
                <w:b/>
                <w:color w:val="2F75B5"/>
                <w:lang w:val="ru-RU"/>
              </w:rPr>
              <w:t>05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2FD1E90" w14:textId="77777777" w:rsidR="00A04982" w:rsidRPr="002D62C8" w:rsidRDefault="00750389">
            <w:r w:rsidRPr="002D62C8">
              <w:rPr>
                <w:b/>
                <w:color w:val="17365D"/>
                <w:lang w:val="ru-RU"/>
              </w:rPr>
              <w:t>Перерыв</w:t>
            </w:r>
          </w:p>
        </w:tc>
        <w:tc>
          <w:tcPr>
            <w:tcW w:w="3430" w:type="dxa"/>
            <w:gridSpan w:val="2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38A288C" w14:textId="77777777" w:rsidR="00A04982" w:rsidRPr="002D62C8" w:rsidRDefault="00A04982"/>
        </w:tc>
      </w:tr>
      <w:tr w:rsidR="00A04982" w:rsidRPr="005A5374" w14:paraId="0652DF5B" w14:textId="77777777" w:rsidTr="00B15C10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595AE22" w14:textId="77777777" w:rsidR="00A04982" w:rsidRPr="002D62C8" w:rsidRDefault="001D082C">
            <w:pPr>
              <w:rPr>
                <w:lang w:val="ru-RU"/>
              </w:rPr>
            </w:pPr>
            <w:r w:rsidRPr="002D62C8">
              <w:rPr>
                <w:b/>
                <w:color w:val="2F75B5"/>
              </w:rPr>
              <w:t>1</w:t>
            </w:r>
            <w:r w:rsidR="00B64A88" w:rsidRPr="002D62C8">
              <w:rPr>
                <w:b/>
                <w:color w:val="2F75B5"/>
                <w:lang w:val="ru-RU"/>
              </w:rPr>
              <w:t>1</w:t>
            </w:r>
            <w:r w:rsidRPr="002D62C8">
              <w:rPr>
                <w:b/>
                <w:color w:val="2F75B5"/>
              </w:rPr>
              <w:t>:</w:t>
            </w:r>
            <w:r w:rsidR="00B64A88" w:rsidRPr="002D62C8">
              <w:rPr>
                <w:b/>
                <w:color w:val="2F75B5"/>
                <w:lang w:val="ru-RU"/>
              </w:rPr>
              <w:t>0</w:t>
            </w:r>
            <w:r w:rsidR="00750389"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</w:rPr>
              <w:t>–1</w:t>
            </w:r>
            <w:r w:rsidR="00750389" w:rsidRPr="002D62C8">
              <w:rPr>
                <w:b/>
                <w:color w:val="2F75B5"/>
                <w:lang w:val="ru-RU"/>
              </w:rPr>
              <w:t>1</w:t>
            </w:r>
            <w:r w:rsidRPr="002D62C8">
              <w:rPr>
                <w:b/>
                <w:color w:val="2F75B5"/>
              </w:rPr>
              <w:t>:</w:t>
            </w:r>
            <w:r w:rsidR="00B64A88" w:rsidRPr="002D62C8">
              <w:rPr>
                <w:b/>
                <w:color w:val="2F75B5"/>
                <w:lang w:val="ru-RU"/>
              </w:rPr>
              <w:t>35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A460259" w14:textId="77777777" w:rsidR="00750389" w:rsidRPr="002D62C8" w:rsidRDefault="00750389" w:rsidP="00750389">
            <w:pPr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</w:pPr>
            <w:r w:rsidRPr="002D62C8"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  <w:t>СЕКЦИЯ 3</w:t>
            </w:r>
          </w:p>
          <w:p w14:paraId="6AD512C8" w14:textId="77777777" w:rsidR="00750389" w:rsidRPr="002D62C8" w:rsidRDefault="00422793" w:rsidP="00750389">
            <w:pPr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</w:pPr>
            <w:r w:rsidRPr="002D62C8"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  <w:t xml:space="preserve">Научные исследования и научно-методическое </w:t>
            </w:r>
            <w:r w:rsidRPr="002D62C8">
              <w:rPr>
                <w:rFonts w:cs="Arial"/>
                <w:b/>
                <w:color w:val="0F243E" w:themeColor="text2" w:themeShade="80"/>
                <w:szCs w:val="18"/>
                <w:lang w:val="ru-RU"/>
              </w:rPr>
              <w:lastRenderedPageBreak/>
              <w:t>обеспечение в сфере духового искусства</w:t>
            </w:r>
          </w:p>
          <w:p w14:paraId="0B3E65A4" w14:textId="77777777" w:rsidR="00A04982" w:rsidRPr="002D62C8" w:rsidRDefault="00422793" w:rsidP="00750389">
            <w:pPr>
              <w:rPr>
                <w:szCs w:val="18"/>
                <w:lang w:val="ru-RU"/>
              </w:rPr>
            </w:pPr>
            <w:r w:rsidRPr="002D62C8">
              <w:rPr>
                <w:rFonts w:cs="Arial"/>
                <w:color w:val="0F243E" w:themeColor="text2" w:themeShade="80"/>
                <w:szCs w:val="18"/>
                <w:lang w:val="ru-RU"/>
              </w:rPr>
              <w:t>актуальные направления научных исследований в области духового искусства, в том числе исторические, музыковедческие, культурологические и социологические исследования, междисциплинарные подходы к изучению духового исполнительства, современные методические концепции и научно-методические разработки</w:t>
            </w:r>
          </w:p>
        </w:tc>
        <w:tc>
          <w:tcPr>
            <w:tcW w:w="3430" w:type="dxa"/>
            <w:gridSpan w:val="2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3CDF61A" w14:textId="77777777" w:rsidR="001704C4" w:rsidRPr="002D62C8" w:rsidRDefault="001704C4" w:rsidP="00E07133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lastRenderedPageBreak/>
              <w:t>Исполнительские и редакторские версии концерта для саксофона с оркестром А.К. Глазунова</w:t>
            </w:r>
          </w:p>
          <w:p w14:paraId="77F9E4B5" w14:textId="66B29F0A" w:rsidR="00CD6024" w:rsidRPr="002D62C8" w:rsidRDefault="00A34BAC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НАУМЕЦ </w:t>
            </w:r>
            <w:r w:rsidR="001704C4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Роман Арнольдович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</w:t>
            </w:r>
            <w:r w:rsidR="00CD6024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(Музыкальная школа им. Н.А. Римского-Корсакова)</w:t>
            </w:r>
          </w:p>
          <w:p w14:paraId="48C7DE9A" w14:textId="77777777" w:rsidR="001704C4" w:rsidRPr="002D62C8" w:rsidRDefault="001704C4" w:rsidP="00E07133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lastRenderedPageBreak/>
              <w:t>Проблемы и варианты их решения в работе с детским духовым оркестром</w:t>
            </w:r>
          </w:p>
          <w:p w14:paraId="36B394AF" w14:textId="77777777" w:rsidR="00A34BAC" w:rsidRPr="002D62C8" w:rsidRDefault="00A34BAC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КУЗНЕЦОВ </w:t>
            </w:r>
            <w:r w:rsidR="00A014F9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Илья Владимирович </w:t>
            </w:r>
          </w:p>
          <w:p w14:paraId="225BD624" w14:textId="77777777" w:rsidR="00CD6024" w:rsidRPr="002D62C8" w:rsidRDefault="00CD6024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(СПБГДТЮ, ДШИ им. Ю.Х. Темирканова)</w:t>
            </w:r>
          </w:p>
          <w:p w14:paraId="3832F161" w14:textId="77777777" w:rsidR="001704C4" w:rsidRPr="002D62C8" w:rsidRDefault="001704C4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  <w:p w14:paraId="1562E8F6" w14:textId="77777777" w:rsidR="00E07133" w:rsidRPr="002D62C8" w:rsidRDefault="00E07133" w:rsidP="00E07133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t>Развитие кадрового потенциала в сфере духового исполнительства в Ярославской области</w:t>
            </w:r>
          </w:p>
          <w:p w14:paraId="0E8FED3A" w14:textId="77777777" w:rsidR="00A34BAC" w:rsidRPr="002D62C8" w:rsidRDefault="00A34BAC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ШУБИНА </w:t>
            </w:r>
            <w:r w:rsidR="00467A99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Светлана Валерьевна </w:t>
            </w:r>
          </w:p>
          <w:p w14:paraId="428C84F7" w14:textId="77777777" w:rsidR="00A34BAC" w:rsidRPr="002D62C8" w:rsidRDefault="00CD6024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(ГПОУ ЯО "Ярославское музыкальное училище (колледж) им. Л.В. Собинова")</w:t>
            </w:r>
          </w:p>
          <w:p w14:paraId="23D5C8BB" w14:textId="77777777" w:rsidR="00CD6024" w:rsidRPr="002D62C8" w:rsidRDefault="00CD6024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  <w:p w14:paraId="5B826EF8" w14:textId="77777777" w:rsidR="00467A99" w:rsidRPr="002D62C8" w:rsidRDefault="00467A99" w:rsidP="00E07133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t>Литература для духовых инструментов в каталоге издательства "Композитор • Санкт-Петербург"</w:t>
            </w:r>
          </w:p>
          <w:p w14:paraId="35E81369" w14:textId="77777777" w:rsidR="00A34BAC" w:rsidRPr="002D62C8" w:rsidRDefault="00A34BAC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НИКИТИН </w:t>
            </w:r>
            <w:r w:rsidR="00467A99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Дмитрий Эдуардович </w:t>
            </w:r>
          </w:p>
          <w:p w14:paraId="233D6B87" w14:textId="77777777" w:rsidR="00A04982" w:rsidRPr="002D62C8" w:rsidRDefault="00CD6024" w:rsidP="00E07133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(Издательство "Композитор • Санкт-Петербург")</w:t>
            </w:r>
          </w:p>
        </w:tc>
      </w:tr>
      <w:tr w:rsidR="00A04982" w:rsidRPr="002D62C8" w14:paraId="2F46D51A" w14:textId="77777777" w:rsidTr="00B15C10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44F5A36" w14:textId="77777777" w:rsidR="00A04982" w:rsidRPr="002D62C8" w:rsidRDefault="001D082C">
            <w:pPr>
              <w:rPr>
                <w:lang w:val="ru-RU"/>
              </w:rPr>
            </w:pPr>
            <w:r w:rsidRPr="002D62C8">
              <w:rPr>
                <w:b/>
                <w:color w:val="2F75B5"/>
              </w:rPr>
              <w:lastRenderedPageBreak/>
              <w:t>1</w:t>
            </w:r>
            <w:r w:rsidR="00E46B8A" w:rsidRPr="002D62C8">
              <w:rPr>
                <w:b/>
                <w:color w:val="2F75B5"/>
                <w:lang w:val="ru-RU"/>
              </w:rPr>
              <w:t>1</w:t>
            </w:r>
            <w:r w:rsidRPr="002D62C8">
              <w:rPr>
                <w:b/>
                <w:color w:val="2F75B5"/>
              </w:rPr>
              <w:t>:</w:t>
            </w:r>
            <w:r w:rsidR="00BA3E39" w:rsidRPr="002D62C8">
              <w:rPr>
                <w:b/>
                <w:color w:val="2F75B5"/>
                <w:lang w:val="ru-RU"/>
              </w:rPr>
              <w:t>3</w:t>
            </w:r>
            <w:r w:rsidR="00E46B8A"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</w:rPr>
              <w:t>–1</w:t>
            </w:r>
            <w:r w:rsidR="00E46B8A" w:rsidRPr="002D62C8">
              <w:rPr>
                <w:b/>
                <w:color w:val="2F75B5"/>
                <w:lang w:val="ru-RU"/>
              </w:rPr>
              <w:t>1</w:t>
            </w:r>
            <w:r w:rsidRPr="002D62C8">
              <w:rPr>
                <w:b/>
                <w:color w:val="2F75B5"/>
              </w:rPr>
              <w:t>:</w:t>
            </w:r>
            <w:r w:rsidR="00BA3E39" w:rsidRPr="002D62C8">
              <w:rPr>
                <w:b/>
                <w:color w:val="2F75B5"/>
                <w:lang w:val="ru-RU"/>
              </w:rPr>
              <w:t>50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3448D47" w14:textId="77777777" w:rsidR="00A04982" w:rsidRPr="002D62C8" w:rsidRDefault="00D728FA">
            <w:r w:rsidRPr="002D62C8">
              <w:rPr>
                <w:b/>
                <w:color w:val="17365D"/>
                <w:lang w:val="ru-RU"/>
              </w:rPr>
              <w:t>Перерыв</w:t>
            </w:r>
          </w:p>
        </w:tc>
        <w:tc>
          <w:tcPr>
            <w:tcW w:w="3430" w:type="dxa"/>
            <w:gridSpan w:val="2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7ECB774" w14:textId="77777777" w:rsidR="00A04982" w:rsidRPr="002D62C8" w:rsidRDefault="00A04982"/>
        </w:tc>
      </w:tr>
      <w:tr w:rsidR="00A04982" w:rsidRPr="002D62C8" w14:paraId="5EE32B80" w14:textId="77777777" w:rsidTr="00B15C10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B6A18DE" w14:textId="77777777" w:rsidR="00A04982" w:rsidRPr="002D62C8" w:rsidRDefault="001D082C">
            <w:pPr>
              <w:rPr>
                <w:lang w:val="ru-RU"/>
              </w:rPr>
            </w:pPr>
            <w:r w:rsidRPr="002D62C8">
              <w:rPr>
                <w:b/>
                <w:color w:val="2F75B5"/>
              </w:rPr>
              <w:t>1</w:t>
            </w:r>
            <w:r w:rsidR="008565B5" w:rsidRPr="002D62C8">
              <w:rPr>
                <w:b/>
                <w:color w:val="2F75B5"/>
                <w:lang w:val="ru-RU"/>
              </w:rPr>
              <w:t>1</w:t>
            </w:r>
            <w:r w:rsidRPr="002D62C8">
              <w:rPr>
                <w:b/>
                <w:color w:val="2F75B5"/>
              </w:rPr>
              <w:t>:</w:t>
            </w:r>
            <w:r w:rsidR="00BA3E39" w:rsidRPr="002D62C8">
              <w:rPr>
                <w:b/>
                <w:color w:val="2F75B5"/>
                <w:lang w:val="ru-RU"/>
              </w:rPr>
              <w:t>50</w:t>
            </w:r>
            <w:r w:rsidRPr="002D62C8">
              <w:rPr>
                <w:b/>
                <w:color w:val="2F75B5"/>
              </w:rPr>
              <w:t>–1</w:t>
            </w:r>
            <w:r w:rsidR="008565B5" w:rsidRPr="002D62C8">
              <w:rPr>
                <w:b/>
                <w:color w:val="2F75B5"/>
                <w:lang w:val="ru-RU"/>
              </w:rPr>
              <w:t>2</w:t>
            </w:r>
            <w:r w:rsidRPr="002D62C8">
              <w:rPr>
                <w:b/>
                <w:color w:val="2F75B5"/>
              </w:rPr>
              <w:t>:</w:t>
            </w:r>
            <w:r w:rsidR="00BA3E39" w:rsidRPr="002D62C8">
              <w:rPr>
                <w:b/>
                <w:color w:val="2F75B5"/>
                <w:lang w:val="ru-RU"/>
              </w:rPr>
              <w:t>2</w:t>
            </w:r>
            <w:r w:rsidR="008565B5" w:rsidRPr="002D62C8">
              <w:rPr>
                <w:b/>
                <w:color w:val="2F75B5"/>
                <w:lang w:val="ru-RU"/>
              </w:rPr>
              <w:t>5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048CEFF" w14:textId="77777777" w:rsidR="008565B5" w:rsidRPr="002D62C8" w:rsidRDefault="008565B5" w:rsidP="008565B5">
            <w:pPr>
              <w:rPr>
                <w:rFonts w:cs="Arial"/>
                <w:b/>
                <w:color w:val="0F243E" w:themeColor="text2" w:themeShade="80"/>
                <w:szCs w:val="16"/>
                <w:lang w:val="ru-RU"/>
              </w:rPr>
            </w:pPr>
            <w:r w:rsidRPr="002D62C8">
              <w:rPr>
                <w:rFonts w:cs="Arial"/>
                <w:b/>
                <w:color w:val="0F243E" w:themeColor="text2" w:themeShade="80"/>
                <w:szCs w:val="16"/>
                <w:lang w:val="ru-RU"/>
              </w:rPr>
              <w:t>СЕКЦИЯ 4</w:t>
            </w:r>
          </w:p>
          <w:p w14:paraId="4439D804" w14:textId="77777777" w:rsidR="008565B5" w:rsidRPr="002D62C8" w:rsidRDefault="001E55E4" w:rsidP="008565B5">
            <w:pPr>
              <w:rPr>
                <w:rFonts w:cs="Arial"/>
                <w:b/>
                <w:color w:val="0F243E" w:themeColor="text2" w:themeShade="80"/>
                <w:szCs w:val="16"/>
                <w:lang w:val="ru-RU"/>
              </w:rPr>
            </w:pPr>
            <w:r w:rsidRPr="002D62C8">
              <w:rPr>
                <w:rFonts w:cs="Arial"/>
                <w:b/>
                <w:color w:val="0F243E" w:themeColor="text2" w:themeShade="80"/>
                <w:szCs w:val="16"/>
                <w:lang w:val="ru-RU"/>
              </w:rPr>
              <w:t>Педагогика, инновации и цифровая трансформация духового искусства</w:t>
            </w:r>
          </w:p>
          <w:p w14:paraId="7A20E0F3" w14:textId="77777777" w:rsidR="00A04982" w:rsidRPr="002D62C8" w:rsidRDefault="0063323F" w:rsidP="008565B5">
            <w:pPr>
              <w:rPr>
                <w:lang w:val="ru-RU"/>
              </w:rPr>
            </w:pPr>
            <w:r w:rsidRPr="002D62C8">
              <w:rPr>
                <w:rFonts w:cs="Arial"/>
                <w:color w:val="0F243E" w:themeColor="text2" w:themeShade="80"/>
                <w:szCs w:val="16"/>
                <w:lang w:val="ru-RU"/>
              </w:rPr>
              <w:t>современные подходы к подготовке исполнителей на духовых и ударных</w:t>
            </w:r>
            <w:r w:rsidR="00120EAF" w:rsidRPr="002D62C8">
              <w:rPr>
                <w:rFonts w:cs="Arial"/>
                <w:color w:val="0F243E" w:themeColor="text2" w:themeShade="80"/>
                <w:szCs w:val="16"/>
                <w:lang w:val="ru-RU"/>
              </w:rPr>
              <w:t xml:space="preserve"> инструментах, преемственность профессионального музыкального образования, работа с одарёнными детьми и молодежью</w:t>
            </w:r>
          </w:p>
        </w:tc>
        <w:tc>
          <w:tcPr>
            <w:tcW w:w="3430" w:type="dxa"/>
            <w:gridSpan w:val="2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A62BFC3" w14:textId="77777777" w:rsidR="004F3ED1" w:rsidRPr="002D62C8" w:rsidRDefault="004F3ED1" w:rsidP="00120EAF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Воспитание современного барабанщика-</w:t>
            </w:r>
            <w:proofErr w:type="spellStart"/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рудименталиста</w:t>
            </w:r>
            <w:proofErr w:type="spellEnd"/>
          </w:p>
          <w:p w14:paraId="196394DA" w14:textId="77777777" w:rsidR="00120EAF" w:rsidRPr="002D62C8" w:rsidRDefault="00120EAF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СТЕПАНОВА </w:t>
            </w:r>
            <w:r w:rsidR="004F3ED1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Мария Анатольевна </w:t>
            </w:r>
          </w:p>
          <w:p w14:paraId="1C523016" w14:textId="77777777" w:rsidR="00120EAF" w:rsidRPr="002D62C8" w:rsidRDefault="00120EAF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(СПб ДМШ №11 в Пансионе Воспитанниц Министерства Обороны РФ)</w:t>
            </w:r>
          </w:p>
          <w:p w14:paraId="180B7B02" w14:textId="77777777" w:rsidR="00120EAF" w:rsidRPr="002D62C8" w:rsidRDefault="00120EAF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0B7ACC5A" w14:textId="77777777" w:rsidR="004F3ED1" w:rsidRPr="002D62C8" w:rsidRDefault="004F3ED1" w:rsidP="00120EAF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Музыкальное просвещение как инструмент культурного развития общества</w:t>
            </w:r>
          </w:p>
          <w:p w14:paraId="00FE5D42" w14:textId="77777777" w:rsidR="0041689C" w:rsidRPr="002D62C8" w:rsidRDefault="0041689C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ТРОФИМОВ </w:t>
            </w:r>
            <w:r w:rsidR="004F3ED1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Константин Владимирович </w:t>
            </w:r>
          </w:p>
          <w:p w14:paraId="394C682C" w14:textId="77777777" w:rsidR="0055114E" w:rsidRPr="002D62C8" w:rsidRDefault="00120EAF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(СПБ ГБУ ДО ДДТ "Фонтанка-32")</w:t>
            </w:r>
            <w:r w:rsidR="004F3ED1" w:rsidRPr="002D62C8"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  <w:t xml:space="preserve"> </w:t>
            </w:r>
            <w:r w:rsidR="0055114E" w:rsidRPr="002D62C8"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  <w:t>(дистанционное участие)</w:t>
            </w:r>
          </w:p>
          <w:p w14:paraId="4345267E" w14:textId="77777777" w:rsidR="00120EAF" w:rsidRPr="002D62C8" w:rsidRDefault="00120EAF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4EE29227" w14:textId="77777777" w:rsidR="00CB607E" w:rsidRPr="002D62C8" w:rsidRDefault="00CB607E" w:rsidP="00120EAF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Парад духовых детско-юношеских оркестров как форма сохранения и развития духового исполнительства</w:t>
            </w:r>
          </w:p>
          <w:p w14:paraId="650DCEF6" w14:textId="77777777" w:rsidR="00120EAF" w:rsidRPr="002D62C8" w:rsidRDefault="0041689C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ОВЧИННИКОВ </w:t>
            </w:r>
            <w:r w:rsidR="00CB607E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Александр Владимирович</w:t>
            </w:r>
          </w:p>
          <w:p w14:paraId="5DC9A9AD" w14:textId="77777777" w:rsidR="0041689C" w:rsidRPr="002D62C8" w:rsidRDefault="00120EAF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(СПб ГБУДО "Санкт-Петербургская детская школа искусств имени Ю.Х. Темирканова")</w:t>
            </w:r>
          </w:p>
          <w:p w14:paraId="08568B28" w14:textId="77777777" w:rsidR="00F9594C" w:rsidRDefault="00F9594C" w:rsidP="00120EAF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</w:p>
          <w:p w14:paraId="5A64BAF0" w14:textId="7891B195" w:rsidR="00CB607E" w:rsidRPr="002D62C8" w:rsidRDefault="00CB607E" w:rsidP="00120EAF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Применение технологий искусственного интеллекта в обучении игре на духовых инструментах</w:t>
            </w:r>
          </w:p>
          <w:p w14:paraId="656472AF" w14:textId="77777777" w:rsidR="0041689C" w:rsidRPr="002D62C8" w:rsidRDefault="0041689C" w:rsidP="00120EA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ДЕМИДЕНКО </w:t>
            </w:r>
            <w:r w:rsidR="00CB607E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Марина Игоревна </w:t>
            </w:r>
          </w:p>
          <w:p w14:paraId="1B77EB85" w14:textId="351CD2CF" w:rsidR="0041689C" w:rsidRPr="005A5374" w:rsidRDefault="00120EAF" w:rsidP="0041689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(МБУДО «ОДШИ им. Д.Б. Кабалевского»)</w:t>
            </w:r>
          </w:p>
          <w:p w14:paraId="62931D1D" w14:textId="77777777" w:rsidR="00CB607E" w:rsidRPr="002D62C8" w:rsidRDefault="00CB607E" w:rsidP="0041689C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lang w:val="ru-RU"/>
              </w:rPr>
              <w:lastRenderedPageBreak/>
              <w:t>Развитие компетенций, преемственность педагогических методов и проблемы подготовки абитуриентов в классах духовых и ударных инструментов от ДШИ до ВУЗа</w:t>
            </w:r>
          </w:p>
          <w:p w14:paraId="40D0CC88" w14:textId="77777777" w:rsidR="0041689C" w:rsidRPr="002D62C8" w:rsidRDefault="0041689C" w:rsidP="0041689C">
            <w:pPr>
              <w:pStyle w:val="a9"/>
              <w:rPr>
                <w:rFonts w:ascii="Arial" w:hAnsi="Arial" w:cs="Arial"/>
                <w:color w:val="1F497D" w:themeColor="text2"/>
                <w:sz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ЛЕОНТЬЕВА </w:t>
            </w:r>
            <w:r w:rsidR="00CB607E"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Элла Владимировна </w:t>
            </w:r>
          </w:p>
          <w:p w14:paraId="254365EF" w14:textId="77777777" w:rsidR="00120EAF" w:rsidRPr="002D62C8" w:rsidRDefault="00120EAF" w:rsidP="0041689C">
            <w:pPr>
              <w:pStyle w:val="a9"/>
              <w:rPr>
                <w:rFonts w:ascii="Arial" w:hAnsi="Arial" w:cs="Arial"/>
                <w:color w:val="1F497D" w:themeColor="text2"/>
                <w:sz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(Чебоксарское музыкальное училище им. Ф. Павлова) </w:t>
            </w:r>
          </w:p>
          <w:p w14:paraId="25AA4436" w14:textId="77777777" w:rsidR="00C91D8A" w:rsidRPr="002D62C8" w:rsidRDefault="00C91D8A" w:rsidP="0041689C">
            <w:pPr>
              <w:pStyle w:val="a9"/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  <w:t>(дистанционное участие)</w:t>
            </w:r>
          </w:p>
          <w:p w14:paraId="1007A2E9" w14:textId="77777777" w:rsidR="00120EAF" w:rsidRPr="002D62C8" w:rsidRDefault="00120EAF" w:rsidP="0041689C">
            <w:pPr>
              <w:pStyle w:val="a9"/>
              <w:rPr>
                <w:rFonts w:ascii="Arial" w:hAnsi="Arial" w:cs="Arial"/>
                <w:color w:val="1F497D" w:themeColor="text2"/>
                <w:sz w:val="20"/>
                <w:lang w:val="ru-RU"/>
              </w:rPr>
            </w:pPr>
          </w:p>
          <w:p w14:paraId="10018F93" w14:textId="77777777" w:rsidR="00CB607E" w:rsidRPr="002D62C8" w:rsidRDefault="00CB607E" w:rsidP="0041689C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lang w:val="ru-RU"/>
              </w:rPr>
              <w:t>Профессиональная компетентность педагога-музыканта</w:t>
            </w:r>
          </w:p>
          <w:p w14:paraId="26EDC675" w14:textId="77777777" w:rsidR="0041689C" w:rsidRPr="002D62C8" w:rsidRDefault="0041689C" w:rsidP="0041689C">
            <w:pPr>
              <w:pStyle w:val="a9"/>
              <w:rPr>
                <w:rFonts w:ascii="Arial" w:hAnsi="Arial" w:cs="Arial"/>
                <w:color w:val="1F497D" w:themeColor="text2"/>
                <w:sz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КУРОВ </w:t>
            </w:r>
            <w:r w:rsidR="00CB607E"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Николай Львович </w:t>
            </w:r>
          </w:p>
          <w:p w14:paraId="0AE337FF" w14:textId="77777777" w:rsidR="00421013" w:rsidRPr="002D62C8" w:rsidRDefault="00120EAF" w:rsidP="0041689C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>(ГМПИ имени М.М.</w:t>
            </w:r>
            <w:r w:rsidR="0041689C"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 </w:t>
            </w: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>Ипполитова-Иванова,</w:t>
            </w:r>
            <w:r w:rsidR="0041689C"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 </w:t>
            </w: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ДШИ имени А.А.Алябьева) </w:t>
            </w:r>
          </w:p>
          <w:p w14:paraId="49E7DBAC" w14:textId="77777777" w:rsidR="00893DDE" w:rsidRPr="002D62C8" w:rsidRDefault="00C91D8A" w:rsidP="0041689C">
            <w:pPr>
              <w:pStyle w:val="a9"/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  <w:t>(дистанционное участие)</w:t>
            </w:r>
          </w:p>
        </w:tc>
      </w:tr>
      <w:tr w:rsidR="00421013" w:rsidRPr="002D62C8" w14:paraId="09AD6EA5" w14:textId="77777777" w:rsidTr="00B15C10">
        <w:trPr>
          <w:jc w:val="center"/>
        </w:trPr>
        <w:tc>
          <w:tcPr>
            <w:tcW w:w="3400" w:type="dxa"/>
            <w:shd w:val="clear" w:color="auto" w:fill="F6F9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C08BB6B" w14:textId="77777777" w:rsidR="00421013" w:rsidRPr="002D62C8" w:rsidRDefault="006D442A">
            <w:pPr>
              <w:rPr>
                <w:b/>
                <w:color w:val="2F75B5"/>
                <w:lang w:val="ru-RU"/>
              </w:rPr>
            </w:pPr>
            <w:r w:rsidRPr="002D62C8">
              <w:rPr>
                <w:b/>
                <w:color w:val="2F75B5"/>
              </w:rPr>
              <w:lastRenderedPageBreak/>
              <w:t>1</w:t>
            </w:r>
            <w:r w:rsidRPr="002D62C8">
              <w:rPr>
                <w:b/>
                <w:color w:val="2F75B5"/>
                <w:lang w:val="ru-RU"/>
              </w:rPr>
              <w:t>2</w:t>
            </w:r>
            <w:r w:rsidRPr="002D62C8">
              <w:rPr>
                <w:b/>
                <w:color w:val="2F75B5"/>
              </w:rPr>
              <w:t>:</w:t>
            </w:r>
            <w:r w:rsidR="00436C47" w:rsidRPr="002D62C8">
              <w:rPr>
                <w:b/>
                <w:color w:val="2F75B5"/>
                <w:lang w:val="ru-RU"/>
              </w:rPr>
              <w:t>2</w:t>
            </w:r>
            <w:r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</w:rPr>
              <w:t>–1</w:t>
            </w:r>
            <w:r w:rsidRPr="002D62C8">
              <w:rPr>
                <w:b/>
                <w:color w:val="2F75B5"/>
                <w:lang w:val="ru-RU"/>
              </w:rPr>
              <w:t>3</w:t>
            </w:r>
            <w:r w:rsidRPr="002D62C8">
              <w:rPr>
                <w:b/>
                <w:color w:val="2F75B5"/>
              </w:rPr>
              <w:t>:</w:t>
            </w:r>
            <w:r w:rsidR="00436C47" w:rsidRPr="002D62C8">
              <w:rPr>
                <w:b/>
                <w:color w:val="2F75B5"/>
                <w:lang w:val="ru-RU"/>
              </w:rPr>
              <w:t>1</w:t>
            </w:r>
            <w:r w:rsidRPr="002D62C8">
              <w:rPr>
                <w:b/>
                <w:color w:val="2F75B5"/>
                <w:lang w:val="ru-RU"/>
              </w:rPr>
              <w:t>0</w:t>
            </w:r>
          </w:p>
        </w:tc>
        <w:tc>
          <w:tcPr>
            <w:tcW w:w="3400" w:type="dxa"/>
            <w:shd w:val="clear" w:color="auto" w:fill="F6F9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60AE39F" w14:textId="77777777" w:rsidR="00421013" w:rsidRPr="002D62C8" w:rsidRDefault="00436C47" w:rsidP="008565B5">
            <w:pPr>
              <w:rPr>
                <w:rFonts w:cs="Arial"/>
                <w:b/>
                <w:color w:val="0F243E" w:themeColor="text2" w:themeShade="80"/>
                <w:szCs w:val="16"/>
                <w:lang w:val="ru-RU"/>
              </w:rPr>
            </w:pPr>
            <w:r w:rsidRPr="002D62C8">
              <w:rPr>
                <w:rFonts w:cs="Arial"/>
                <w:b/>
                <w:color w:val="17365D" w:themeColor="text2" w:themeShade="BF"/>
                <w:szCs w:val="16"/>
                <w:lang w:val="ru-RU"/>
              </w:rPr>
              <w:t>Перерыв</w:t>
            </w:r>
          </w:p>
        </w:tc>
        <w:tc>
          <w:tcPr>
            <w:tcW w:w="3430" w:type="dxa"/>
            <w:gridSpan w:val="2"/>
            <w:shd w:val="clear" w:color="auto" w:fill="F6F9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ACB05E1" w14:textId="77777777" w:rsidR="00421013" w:rsidRPr="002D62C8" w:rsidRDefault="00421013" w:rsidP="00120EAF">
            <w:pPr>
              <w:pStyle w:val="a9"/>
              <w:rPr>
                <w:rFonts w:ascii="Arial" w:hAnsi="Arial" w:cs="Arial"/>
                <w:color w:val="7F7F7F" w:themeColor="text1" w:themeTint="80"/>
                <w:sz w:val="20"/>
                <w:szCs w:val="20"/>
                <w:lang w:val="ru-RU"/>
              </w:rPr>
            </w:pPr>
          </w:p>
        </w:tc>
      </w:tr>
      <w:tr w:rsidR="00421013" w:rsidRPr="005A5374" w14:paraId="56692EC2" w14:textId="77777777" w:rsidTr="00B15C10">
        <w:trPr>
          <w:jc w:val="center"/>
        </w:trPr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D7A649D" w14:textId="77777777" w:rsidR="00421013" w:rsidRPr="002D62C8" w:rsidRDefault="006D442A">
            <w:pPr>
              <w:rPr>
                <w:b/>
                <w:color w:val="2F75B5"/>
                <w:lang w:val="ru-RU"/>
              </w:rPr>
            </w:pPr>
            <w:r w:rsidRPr="002D62C8">
              <w:rPr>
                <w:b/>
                <w:color w:val="2F75B5"/>
              </w:rPr>
              <w:t>1</w:t>
            </w:r>
            <w:r w:rsidR="00836CDE" w:rsidRPr="002D62C8">
              <w:rPr>
                <w:b/>
                <w:color w:val="2F75B5"/>
                <w:lang w:val="ru-RU"/>
              </w:rPr>
              <w:t>3</w:t>
            </w:r>
            <w:r w:rsidRPr="002D62C8">
              <w:rPr>
                <w:b/>
                <w:color w:val="2F75B5"/>
              </w:rPr>
              <w:t>:</w:t>
            </w:r>
            <w:r w:rsidR="00436C47" w:rsidRPr="002D62C8">
              <w:rPr>
                <w:b/>
                <w:color w:val="2F75B5"/>
                <w:lang w:val="ru-RU"/>
              </w:rPr>
              <w:t>1</w:t>
            </w:r>
            <w:r w:rsidR="00836CDE"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–1</w:t>
            </w:r>
            <w:r w:rsidR="00836CDE" w:rsidRPr="002D62C8">
              <w:rPr>
                <w:b/>
                <w:color w:val="2F75B5"/>
                <w:lang w:val="ru-RU"/>
              </w:rPr>
              <w:t>4</w:t>
            </w:r>
            <w:r w:rsidRPr="002D62C8">
              <w:rPr>
                <w:b/>
                <w:color w:val="2F75B5"/>
              </w:rPr>
              <w:t>:</w:t>
            </w:r>
            <w:r w:rsidR="00B877E6" w:rsidRPr="002D62C8">
              <w:rPr>
                <w:b/>
                <w:color w:val="2F75B5"/>
                <w:lang w:val="ru-RU"/>
              </w:rPr>
              <w:t>2</w:t>
            </w:r>
            <w:r w:rsidRPr="002D62C8">
              <w:rPr>
                <w:b/>
                <w:color w:val="2F75B5"/>
              </w:rPr>
              <w:t>0</w:t>
            </w:r>
          </w:p>
        </w:tc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B72CF79" w14:textId="77777777" w:rsidR="00836CDE" w:rsidRPr="002D62C8" w:rsidRDefault="006F39D4" w:rsidP="008565B5">
            <w:pPr>
              <w:rPr>
                <w:rFonts w:cs="Arial"/>
                <w:b/>
                <w:color w:val="17365D" w:themeColor="text2" w:themeShade="BF"/>
                <w:szCs w:val="16"/>
                <w:lang w:val="ru-RU"/>
              </w:rPr>
            </w:pPr>
            <w:r w:rsidRPr="002D62C8">
              <w:rPr>
                <w:rFonts w:cs="Arial"/>
                <w:b/>
                <w:color w:val="17365D" w:themeColor="text2" w:themeShade="BF"/>
                <w:szCs w:val="16"/>
                <w:lang w:val="ru-RU"/>
              </w:rPr>
              <w:t>Практический интенсив</w:t>
            </w:r>
          </w:p>
          <w:p w14:paraId="3E8E3923" w14:textId="77777777" w:rsidR="00421013" w:rsidRPr="002D62C8" w:rsidRDefault="00421013" w:rsidP="008565B5">
            <w:pPr>
              <w:rPr>
                <w:rFonts w:cs="Arial"/>
                <w:b/>
                <w:color w:val="0F243E" w:themeColor="text2" w:themeShade="80"/>
                <w:szCs w:val="16"/>
                <w:lang w:val="ru-RU"/>
              </w:rPr>
            </w:pPr>
          </w:p>
        </w:tc>
        <w:tc>
          <w:tcPr>
            <w:tcW w:w="3430" w:type="dxa"/>
            <w:gridSpan w:val="2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132C7EE" w14:textId="77777777" w:rsidR="001B22C0" w:rsidRPr="002D62C8" w:rsidRDefault="001B22C0" w:rsidP="00A034D2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Лекция и мастер-класс – трость для фагота, путь от тростника до концерта</w:t>
            </w:r>
          </w:p>
          <w:p w14:paraId="442CFBF5" w14:textId="77777777" w:rsidR="00A034D2" w:rsidRPr="002D62C8" w:rsidRDefault="00A034D2" w:rsidP="00A034D2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ГОЛОВЧЕНКО </w:t>
            </w:r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Петр Алексеевич </w:t>
            </w:r>
          </w:p>
          <w:p w14:paraId="0CCAC1A5" w14:textId="77777777" w:rsidR="00A034D2" w:rsidRPr="002D62C8" w:rsidRDefault="00A034D2" w:rsidP="00A034D2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(Детская школа искусств ГАОУ «Многопрофильная гимназия федеральной территории «Сириус») </w:t>
            </w:r>
          </w:p>
          <w:p w14:paraId="59739009" w14:textId="77777777" w:rsidR="00A034D2" w:rsidRPr="002D62C8" w:rsidRDefault="00A034D2" w:rsidP="00A034D2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416992D8" w14:textId="77777777" w:rsidR="001B22C0" w:rsidRPr="002D62C8" w:rsidRDefault="001B22C0" w:rsidP="001B22C0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Творческий интенсив «На одном дыхании»</w:t>
            </w:r>
          </w:p>
          <w:p w14:paraId="0A333FB0" w14:textId="77777777" w:rsidR="001B22C0" w:rsidRPr="002D62C8" w:rsidRDefault="001B22C0" w:rsidP="001B22C0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 xml:space="preserve">Опыт реализации творческих проектов в области духового исполнительства в Петрозаводской детской школе искусств им. </w:t>
            </w:r>
            <w:proofErr w:type="spellStart"/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М.А.Балакирева</w:t>
            </w:r>
            <w:proofErr w:type="spellEnd"/>
          </w:p>
          <w:p w14:paraId="6B1F06E5" w14:textId="77777777" w:rsidR="006F39D4" w:rsidRPr="002D62C8" w:rsidRDefault="006F39D4" w:rsidP="001B22C0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БРЕНЦ </w:t>
            </w:r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Милена Олеговна </w:t>
            </w:r>
            <w:r w:rsidR="00A034D2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(Муниципальное бюджетное образовательное учреждение дополнительного образования Петрозаводского городского округа «Петрозаводская детская школа искусств им. М. А. Балакирева»)</w:t>
            </w:r>
          </w:p>
          <w:p w14:paraId="205875BB" w14:textId="77777777" w:rsidR="006A2AF7" w:rsidRPr="002D62C8" w:rsidRDefault="006A2AF7" w:rsidP="006A2AF7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</w:p>
          <w:p w14:paraId="7CA94831" w14:textId="77777777" w:rsidR="001B22C0" w:rsidRPr="002D62C8" w:rsidRDefault="001B22C0" w:rsidP="006F39D4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Кейс-метод в системе взаимодействия преподавателей классов духовых инструментов и музыкальной теории</w:t>
            </w:r>
          </w:p>
          <w:p w14:paraId="05438806" w14:textId="77777777" w:rsidR="006A2AF7" w:rsidRPr="002D62C8" w:rsidRDefault="006A2AF7" w:rsidP="006F39D4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ЗЕЛЕНЦОВ </w:t>
            </w:r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Евгений Александрович </w:t>
            </w:r>
          </w:p>
          <w:p w14:paraId="6A87CCB3" w14:textId="6D8C3DE3" w:rsidR="00A034D2" w:rsidRPr="002D62C8" w:rsidRDefault="00A034D2" w:rsidP="006F39D4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(МБУ ДО "ДШИ" п. Чернышевский, Мирнинский район, Республика Саха (Якутия) </w:t>
            </w:r>
          </w:p>
          <w:p w14:paraId="76C4DD18" w14:textId="77777777" w:rsidR="001B22C0" w:rsidRPr="002D62C8" w:rsidRDefault="001B22C0" w:rsidP="006F39D4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lastRenderedPageBreak/>
              <w:t xml:space="preserve">Применение рожков для обучения правильным основам звукоизвлечения </w:t>
            </w:r>
          </w:p>
          <w:p w14:paraId="7962DB66" w14:textId="77777777" w:rsidR="006A2AF7" w:rsidRPr="002D62C8" w:rsidRDefault="006A2AF7" w:rsidP="006F39D4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ЧУВАШОВ </w:t>
            </w:r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Евгений Александрович </w:t>
            </w:r>
          </w:p>
          <w:p w14:paraId="6087D7A8" w14:textId="77777777" w:rsidR="00421013" w:rsidRPr="002D62C8" w:rsidRDefault="00A034D2" w:rsidP="006F39D4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(Дворец творчества "У Вознесенского моста")</w:t>
            </w:r>
          </w:p>
        </w:tc>
      </w:tr>
      <w:tr w:rsidR="00A04982" w:rsidRPr="002D62C8" w14:paraId="003A623A" w14:textId="77777777" w:rsidTr="00B15C10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C33A371" w14:textId="77777777" w:rsidR="00A04982" w:rsidRPr="002D62C8" w:rsidRDefault="001D082C">
            <w:pPr>
              <w:rPr>
                <w:lang w:val="ru-RU"/>
              </w:rPr>
            </w:pPr>
            <w:r w:rsidRPr="002D62C8">
              <w:rPr>
                <w:b/>
                <w:color w:val="2F75B5"/>
              </w:rPr>
              <w:lastRenderedPageBreak/>
              <w:t>1</w:t>
            </w:r>
            <w:r w:rsidR="00BA37E2" w:rsidRPr="002D62C8">
              <w:rPr>
                <w:b/>
                <w:color w:val="2F75B5"/>
                <w:lang w:val="ru-RU"/>
              </w:rPr>
              <w:t>4</w:t>
            </w:r>
            <w:r w:rsidRPr="002D62C8">
              <w:rPr>
                <w:b/>
                <w:color w:val="2F75B5"/>
              </w:rPr>
              <w:t>:</w:t>
            </w:r>
            <w:r w:rsidR="00B877E6" w:rsidRPr="002D62C8">
              <w:rPr>
                <w:b/>
                <w:color w:val="2F75B5"/>
                <w:lang w:val="ru-RU"/>
              </w:rPr>
              <w:t>2</w:t>
            </w:r>
            <w:r w:rsidRPr="002D62C8">
              <w:rPr>
                <w:b/>
                <w:color w:val="2F75B5"/>
              </w:rPr>
              <w:t>0–1</w:t>
            </w:r>
            <w:r w:rsidR="00BA37E2" w:rsidRPr="002D62C8">
              <w:rPr>
                <w:b/>
                <w:color w:val="2F75B5"/>
                <w:lang w:val="ru-RU"/>
              </w:rPr>
              <w:t>4</w:t>
            </w:r>
            <w:r w:rsidRPr="002D62C8">
              <w:rPr>
                <w:b/>
                <w:color w:val="2F75B5"/>
              </w:rPr>
              <w:t>:</w:t>
            </w:r>
            <w:r w:rsidR="00B877E6" w:rsidRPr="002D62C8">
              <w:rPr>
                <w:b/>
                <w:color w:val="2F75B5"/>
                <w:lang w:val="ru-RU"/>
              </w:rPr>
              <w:t>35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411ED29" w14:textId="77777777" w:rsidR="00A04982" w:rsidRPr="002D62C8" w:rsidRDefault="002B419B">
            <w:pPr>
              <w:rPr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Перерыв</w:t>
            </w:r>
          </w:p>
        </w:tc>
        <w:tc>
          <w:tcPr>
            <w:tcW w:w="3430" w:type="dxa"/>
            <w:gridSpan w:val="2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EC3FFD5" w14:textId="77777777" w:rsidR="00A04982" w:rsidRPr="002D62C8" w:rsidRDefault="00A04982"/>
        </w:tc>
      </w:tr>
      <w:tr w:rsidR="002B419B" w:rsidRPr="002D62C8" w14:paraId="221D72BA" w14:textId="77777777" w:rsidTr="00B15C10">
        <w:trPr>
          <w:jc w:val="center"/>
        </w:trPr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AD7085C" w14:textId="77777777" w:rsidR="002B419B" w:rsidRPr="002D62C8" w:rsidRDefault="0093662D">
            <w:pPr>
              <w:rPr>
                <w:b/>
                <w:color w:val="2F75B5"/>
              </w:rPr>
            </w:pPr>
            <w:r w:rsidRPr="002D62C8">
              <w:rPr>
                <w:b/>
                <w:color w:val="2F75B5"/>
              </w:rPr>
              <w:t>1</w:t>
            </w:r>
            <w:r w:rsidRPr="002D62C8">
              <w:rPr>
                <w:b/>
                <w:color w:val="2F75B5"/>
                <w:lang w:val="ru-RU"/>
              </w:rPr>
              <w:t>4</w:t>
            </w:r>
            <w:r w:rsidRPr="002D62C8">
              <w:rPr>
                <w:b/>
                <w:color w:val="2F75B5"/>
              </w:rPr>
              <w:t>:</w:t>
            </w:r>
            <w:r w:rsidR="00B877E6" w:rsidRPr="002D62C8">
              <w:rPr>
                <w:b/>
                <w:color w:val="2F75B5"/>
                <w:lang w:val="ru-RU"/>
              </w:rPr>
              <w:t>35</w:t>
            </w:r>
            <w:r w:rsidRPr="002D62C8">
              <w:rPr>
                <w:b/>
                <w:color w:val="2F75B5"/>
              </w:rPr>
              <w:t>–1</w:t>
            </w:r>
            <w:r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</w:rPr>
              <w:t>:</w:t>
            </w:r>
            <w:r w:rsidR="00B877E6" w:rsidRPr="002D62C8">
              <w:rPr>
                <w:b/>
                <w:color w:val="2F75B5"/>
                <w:lang w:val="ru-RU"/>
              </w:rPr>
              <w:t>4</w:t>
            </w:r>
            <w:r w:rsidRPr="002D62C8">
              <w:rPr>
                <w:b/>
                <w:color w:val="2F75B5"/>
              </w:rPr>
              <w:t>0</w:t>
            </w:r>
          </w:p>
        </w:tc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668A198" w14:textId="77777777" w:rsidR="002B419B" w:rsidRPr="002D62C8" w:rsidRDefault="0093662D">
            <w:pPr>
              <w:rPr>
                <w:b/>
                <w:color w:val="17365D"/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Презентация проектов и практик</w:t>
            </w:r>
          </w:p>
        </w:tc>
        <w:tc>
          <w:tcPr>
            <w:tcW w:w="3430" w:type="dxa"/>
            <w:gridSpan w:val="2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70C02DB" w14:textId="77777777" w:rsidR="001B22C0" w:rsidRPr="002D62C8" w:rsidRDefault="001B22C0" w:rsidP="0006403E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Музыкально-патриотический проект "45 дней Подвига"</w:t>
            </w:r>
          </w:p>
          <w:p w14:paraId="22D68612" w14:textId="77777777" w:rsidR="0006403E" w:rsidRPr="002D62C8" w:rsidRDefault="0006403E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ХОТИН </w:t>
            </w:r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Роман Анатольевич </w:t>
            </w:r>
          </w:p>
          <w:p w14:paraId="1AE2136B" w14:textId="77777777" w:rsidR="0006403E" w:rsidRPr="002D62C8" w:rsidRDefault="0006403E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(ГПОУ ТО "Тульский колледж искусств им.А.С.Даргомыжского)</w:t>
            </w:r>
          </w:p>
          <w:p w14:paraId="6E0FB028" w14:textId="77777777" w:rsidR="00C91D8A" w:rsidRPr="002D62C8" w:rsidRDefault="00C91D8A" w:rsidP="0006403E">
            <w:pPr>
              <w:pStyle w:val="a9"/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i/>
                <w:color w:val="1F497D" w:themeColor="text2"/>
                <w:sz w:val="20"/>
                <w:szCs w:val="20"/>
                <w:lang w:val="ru-RU"/>
              </w:rPr>
              <w:t>(дистанционное участие)</w:t>
            </w:r>
          </w:p>
          <w:p w14:paraId="6AE5E8E3" w14:textId="77777777" w:rsidR="0006403E" w:rsidRPr="002D62C8" w:rsidRDefault="0006403E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11243E22" w14:textId="77777777" w:rsidR="001B22C0" w:rsidRPr="002D62C8" w:rsidRDefault="001B22C0" w:rsidP="0006403E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Владение навыками дирижирования – основа продуктивной работы в музыкальном классе</w:t>
            </w:r>
          </w:p>
          <w:p w14:paraId="367066F5" w14:textId="77777777" w:rsidR="0006403E" w:rsidRPr="002D62C8" w:rsidRDefault="0006403E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АХМЕТОВ </w:t>
            </w:r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Константин </w:t>
            </w:r>
            <w:proofErr w:type="spellStart"/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Закарович</w:t>
            </w:r>
            <w:proofErr w:type="spellEnd"/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 </w:t>
            </w:r>
          </w:p>
          <w:p w14:paraId="112A9F39" w14:textId="77777777" w:rsidR="0006403E" w:rsidRPr="002D62C8" w:rsidRDefault="0006403E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(Дворец детского творчества Петроградского района СПб, Санкт-Петербургский государственный институт культуры) </w:t>
            </w:r>
          </w:p>
          <w:p w14:paraId="2B2AF57F" w14:textId="77777777" w:rsidR="0006403E" w:rsidRPr="002D62C8" w:rsidRDefault="0006403E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2A18CDEC" w14:textId="77777777" w:rsidR="001B22C0" w:rsidRPr="002D62C8" w:rsidRDefault="001B22C0" w:rsidP="0006403E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Опыт написания, издания и использования учебников для блокфлейты</w:t>
            </w:r>
          </w:p>
          <w:p w14:paraId="14A0A6D6" w14:textId="77777777" w:rsidR="005B29B2" w:rsidRPr="002D62C8" w:rsidRDefault="005B29B2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МОЛОДЦОВ </w:t>
            </w:r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Владимир Владимирович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 </w:t>
            </w:r>
          </w:p>
          <w:p w14:paraId="722D19E2" w14:textId="77777777" w:rsidR="005B29B2" w:rsidRPr="002D62C8" w:rsidRDefault="0006403E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</w:t>
            </w:r>
            <w:r w:rsidR="00696E0F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Школа имени А. М. Горчакова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)</w:t>
            </w:r>
          </w:p>
          <w:p w14:paraId="4746F181" w14:textId="77777777" w:rsidR="0006403E" w:rsidRPr="002D62C8" w:rsidRDefault="0006403E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07ABCC31" w14:textId="77777777" w:rsidR="001B22C0" w:rsidRPr="002D62C8" w:rsidRDefault="001B22C0" w:rsidP="0006403E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20"/>
                <w:lang w:val="ru-RU"/>
              </w:rPr>
              <w:t>Проект «Оркестр и дети»</w:t>
            </w:r>
          </w:p>
          <w:p w14:paraId="64C51D9C" w14:textId="77777777" w:rsidR="0006403E" w:rsidRPr="002D62C8" w:rsidRDefault="005B29B2" w:rsidP="0006403E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МЕРКУЛОВ </w:t>
            </w:r>
            <w:r w:rsidR="001B22C0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Юрий Дмитриевич</w:t>
            </w:r>
          </w:p>
          <w:p w14:paraId="790DD125" w14:textId="77777777" w:rsidR="002B419B" w:rsidRPr="002D62C8" w:rsidRDefault="0006403E" w:rsidP="005B29B2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(БГУК "Белгородская государственная филармония")</w:t>
            </w:r>
          </w:p>
        </w:tc>
      </w:tr>
      <w:tr w:rsidR="002B419B" w:rsidRPr="002D62C8" w14:paraId="296BBA42" w14:textId="77777777" w:rsidTr="00B15C10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EC70DD4" w14:textId="77777777" w:rsidR="002B419B" w:rsidRPr="002D62C8" w:rsidRDefault="0093662D">
            <w:pPr>
              <w:rPr>
                <w:b/>
                <w:color w:val="2F75B5"/>
              </w:rPr>
            </w:pPr>
            <w:r w:rsidRPr="002D62C8">
              <w:rPr>
                <w:b/>
                <w:color w:val="2F75B5"/>
              </w:rPr>
              <w:t>1</w:t>
            </w:r>
            <w:r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</w:rPr>
              <w:t>:</w:t>
            </w:r>
            <w:r w:rsidR="00B877E6" w:rsidRPr="002D62C8">
              <w:rPr>
                <w:b/>
                <w:color w:val="2F75B5"/>
                <w:lang w:val="ru-RU"/>
              </w:rPr>
              <w:t>4</w:t>
            </w:r>
            <w:r w:rsidRPr="002D62C8">
              <w:rPr>
                <w:b/>
                <w:color w:val="2F75B5"/>
              </w:rPr>
              <w:t>0–1</w:t>
            </w:r>
            <w:r w:rsidRPr="002D62C8">
              <w:rPr>
                <w:b/>
                <w:color w:val="2F75B5"/>
                <w:lang w:val="ru-RU"/>
              </w:rPr>
              <w:t>6</w:t>
            </w:r>
            <w:r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0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56A6A11" w14:textId="77777777" w:rsidR="005B29B2" w:rsidRPr="002D62C8" w:rsidRDefault="005B29B2">
            <w:pPr>
              <w:rPr>
                <w:b/>
                <w:color w:val="17365D"/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Перерыв</w:t>
            </w:r>
          </w:p>
        </w:tc>
        <w:tc>
          <w:tcPr>
            <w:tcW w:w="3430" w:type="dxa"/>
            <w:gridSpan w:val="2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E73BECE" w14:textId="77777777" w:rsidR="002B419B" w:rsidRPr="002D62C8" w:rsidRDefault="002B419B">
            <w:pPr>
              <w:rPr>
                <w:color w:val="5B6573"/>
              </w:rPr>
            </w:pPr>
          </w:p>
        </w:tc>
      </w:tr>
      <w:tr w:rsidR="009871D8" w:rsidRPr="005A5374" w14:paraId="4A10DFEF" w14:textId="77777777" w:rsidTr="00B15C10">
        <w:trPr>
          <w:jc w:val="center"/>
        </w:trPr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4D52C27" w14:textId="77777777" w:rsidR="009871D8" w:rsidRPr="002D62C8" w:rsidRDefault="00B12105">
            <w:pPr>
              <w:rPr>
                <w:b/>
                <w:color w:val="2F75B5"/>
              </w:rPr>
            </w:pPr>
            <w:r w:rsidRPr="002D62C8">
              <w:rPr>
                <w:b/>
                <w:color w:val="2F75B5"/>
              </w:rPr>
              <w:t>1</w:t>
            </w:r>
            <w:r w:rsidRPr="002D62C8">
              <w:rPr>
                <w:b/>
                <w:color w:val="2F75B5"/>
                <w:lang w:val="ru-RU"/>
              </w:rPr>
              <w:t>6</w:t>
            </w:r>
            <w:r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00</w:t>
            </w:r>
            <w:r w:rsidRPr="002D62C8">
              <w:rPr>
                <w:b/>
                <w:color w:val="2F75B5"/>
              </w:rPr>
              <w:t>–1</w:t>
            </w:r>
            <w:r w:rsidRPr="002D62C8">
              <w:rPr>
                <w:b/>
                <w:color w:val="2F75B5"/>
                <w:lang w:val="ru-RU"/>
              </w:rPr>
              <w:t>7</w:t>
            </w:r>
            <w:r w:rsidRPr="002D62C8">
              <w:rPr>
                <w:b/>
                <w:color w:val="2F75B5"/>
              </w:rPr>
              <w:t>:00</w:t>
            </w:r>
          </w:p>
        </w:tc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10B9429" w14:textId="77777777" w:rsidR="00DB44CF" w:rsidRPr="002D62C8" w:rsidRDefault="00A175BD">
            <w:pPr>
              <w:rPr>
                <w:b/>
                <w:color w:val="17365D"/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Открытое общее собрание Духового общества имени Валерия Халилова</w:t>
            </w:r>
          </w:p>
        </w:tc>
        <w:tc>
          <w:tcPr>
            <w:tcW w:w="3430" w:type="dxa"/>
            <w:gridSpan w:val="2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43FA104" w14:textId="77777777" w:rsidR="00DB44CF" w:rsidRPr="002D62C8" w:rsidRDefault="00222575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БРЫЗГАЛОВ</w:t>
            </w:r>
            <w:r w:rsidR="00DB44CF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Михаил Аркадьевич</w:t>
            </w:r>
          </w:p>
          <w:p w14:paraId="2810F22B" w14:textId="77777777" w:rsidR="00222575" w:rsidRPr="002D62C8" w:rsidRDefault="00222575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(Президент Ассоциации)</w:t>
            </w:r>
          </w:p>
          <w:p w14:paraId="2D271BB0" w14:textId="77777777" w:rsidR="00D003FF" w:rsidRPr="002D62C8" w:rsidRDefault="00D003FF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  <w:p w14:paraId="505DEE07" w14:textId="77777777" w:rsidR="00D003FF" w:rsidRPr="002D62C8" w:rsidRDefault="007547FA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ЦЕП</w:t>
            </w:r>
            <w:r w:rsidR="00D003FF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Анатолий Иванович</w:t>
            </w:r>
          </w:p>
          <w:p w14:paraId="3E815A22" w14:textId="77777777" w:rsidR="00D75875" w:rsidRPr="002D62C8" w:rsidRDefault="00D75875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(Вице-президент </w:t>
            </w:r>
            <w:r w:rsidR="001E5CD8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Ассоциации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)</w:t>
            </w:r>
          </w:p>
          <w:p w14:paraId="036BB128" w14:textId="77777777" w:rsidR="00D003FF" w:rsidRPr="002D62C8" w:rsidRDefault="00D003FF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  <w:p w14:paraId="55780719" w14:textId="77777777" w:rsidR="00D003FF" w:rsidRPr="002D62C8" w:rsidRDefault="007547FA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МЕЛАЕВ</w:t>
            </w:r>
            <w:r w:rsidR="00D003FF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Руслан Георгиевич</w:t>
            </w:r>
          </w:p>
          <w:p w14:paraId="78B5336E" w14:textId="77777777" w:rsidR="007547FA" w:rsidRPr="002D62C8" w:rsidRDefault="007547FA" w:rsidP="007547FA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</w:t>
            </w:r>
            <w:r w:rsidR="001E5CD8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Руководитель Ц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ентр</w:t>
            </w:r>
            <w:r w:rsidR="001E5CD8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а 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профессионального мастерства по направлению «Духовые инструменты»</w:t>
            </w:r>
          </w:p>
          <w:p w14:paraId="5A82EBA2" w14:textId="77777777" w:rsidR="00D003FF" w:rsidRPr="002D62C8" w:rsidRDefault="00D003FF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  <w:p w14:paraId="6B969C9C" w14:textId="77777777" w:rsidR="00D003FF" w:rsidRPr="002D62C8" w:rsidRDefault="00B15C10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ОВЧИННИКОВ </w:t>
            </w:r>
            <w:r w:rsidR="00D003FF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Александр Владимирович</w:t>
            </w:r>
          </w:p>
          <w:p w14:paraId="0C03090E" w14:textId="77777777" w:rsidR="007547FA" w:rsidRPr="002D62C8" w:rsidRDefault="007547FA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</w:t>
            </w:r>
            <w:r w:rsidR="001E5CD8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Директор 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СПб ГБУДО "Санкт-Петербургская детская школа 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lastRenderedPageBreak/>
              <w:t>искусств имени Ю.Х. Темирканова")</w:t>
            </w:r>
          </w:p>
          <w:p w14:paraId="6B7F25A4" w14:textId="77777777" w:rsidR="00D003FF" w:rsidRPr="002D62C8" w:rsidRDefault="00D003FF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  <w:p w14:paraId="07D3F054" w14:textId="77777777" w:rsidR="00D003FF" w:rsidRPr="002D62C8" w:rsidRDefault="00F42DAE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РЫБИН</w:t>
            </w:r>
            <w:r w:rsidR="00D003FF"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 xml:space="preserve"> Сергей Александрович</w:t>
            </w:r>
          </w:p>
          <w:p w14:paraId="68B781C8" w14:textId="77777777" w:rsidR="001E5CD8" w:rsidRPr="002D62C8" w:rsidRDefault="001E5CD8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  <w:t>(Художественный руководитель и главный дирижер Самарского концертного духового оркестра)</w:t>
            </w:r>
          </w:p>
          <w:p w14:paraId="62FAC97E" w14:textId="77777777" w:rsidR="00D003FF" w:rsidRPr="002D62C8" w:rsidRDefault="00D003FF" w:rsidP="00D003FF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18"/>
                <w:lang w:val="ru-RU"/>
              </w:rPr>
            </w:pPr>
          </w:p>
        </w:tc>
      </w:tr>
      <w:tr w:rsidR="009871D8" w:rsidRPr="002D62C8" w14:paraId="4240621D" w14:textId="77777777" w:rsidTr="00B15C10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46BA2A7" w14:textId="77777777" w:rsidR="009871D8" w:rsidRPr="002D62C8" w:rsidRDefault="00DD35C0">
            <w:pPr>
              <w:rPr>
                <w:b/>
                <w:color w:val="2F75B5"/>
              </w:rPr>
            </w:pPr>
            <w:r w:rsidRPr="002D62C8">
              <w:rPr>
                <w:b/>
                <w:color w:val="2F75B5"/>
              </w:rPr>
              <w:lastRenderedPageBreak/>
              <w:t>1</w:t>
            </w:r>
            <w:r w:rsidRPr="002D62C8">
              <w:rPr>
                <w:b/>
                <w:color w:val="2F75B5"/>
                <w:lang w:val="ru-RU"/>
              </w:rPr>
              <w:t>7</w:t>
            </w:r>
            <w:r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00</w:t>
            </w:r>
            <w:r w:rsidRPr="002D62C8">
              <w:rPr>
                <w:b/>
                <w:color w:val="2F75B5"/>
              </w:rPr>
              <w:t>–1</w:t>
            </w:r>
            <w:r w:rsidRPr="002D62C8">
              <w:rPr>
                <w:b/>
                <w:color w:val="2F75B5"/>
                <w:lang w:val="ru-RU"/>
              </w:rPr>
              <w:t>7</w:t>
            </w:r>
            <w:r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1</w:t>
            </w:r>
            <w:r w:rsidRPr="002D62C8">
              <w:rPr>
                <w:b/>
                <w:color w:val="2F75B5"/>
              </w:rPr>
              <w:t>0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04B9771" w14:textId="77777777" w:rsidR="009871D8" w:rsidRPr="002D62C8" w:rsidRDefault="00DD35C0">
            <w:pPr>
              <w:rPr>
                <w:b/>
                <w:color w:val="17365D"/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Перерыв</w:t>
            </w:r>
          </w:p>
        </w:tc>
        <w:tc>
          <w:tcPr>
            <w:tcW w:w="3430" w:type="dxa"/>
            <w:gridSpan w:val="2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EFD9B6C" w14:textId="77777777" w:rsidR="009871D8" w:rsidRPr="002D62C8" w:rsidRDefault="009871D8">
            <w:pPr>
              <w:rPr>
                <w:color w:val="5B6573"/>
              </w:rPr>
            </w:pPr>
          </w:p>
        </w:tc>
      </w:tr>
      <w:tr w:rsidR="000A6F7F" w:rsidRPr="005A5374" w14:paraId="3E66A6CC" w14:textId="77777777" w:rsidTr="00893DDE">
        <w:trPr>
          <w:trHeight w:val="910"/>
          <w:jc w:val="center"/>
        </w:trPr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B00D13F" w14:textId="77777777" w:rsidR="000A6F7F" w:rsidRPr="002D62C8" w:rsidRDefault="000247C7">
            <w:pPr>
              <w:rPr>
                <w:b/>
                <w:color w:val="2F75B5"/>
              </w:rPr>
            </w:pPr>
            <w:r w:rsidRPr="002D62C8">
              <w:rPr>
                <w:b/>
                <w:color w:val="2F75B5"/>
              </w:rPr>
              <w:t>17:10–1</w:t>
            </w:r>
            <w:r w:rsidR="00016353" w:rsidRPr="002D62C8">
              <w:rPr>
                <w:b/>
                <w:color w:val="2F75B5"/>
                <w:lang w:val="ru-RU"/>
              </w:rPr>
              <w:t>7</w:t>
            </w:r>
            <w:r w:rsidRPr="002D62C8">
              <w:rPr>
                <w:b/>
                <w:color w:val="2F75B5"/>
              </w:rPr>
              <w:t>:</w:t>
            </w:r>
            <w:r w:rsidR="00893DDE"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</w:rPr>
              <w:t>0</w:t>
            </w:r>
          </w:p>
        </w:tc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9682824" w14:textId="77777777" w:rsidR="000A6F7F" w:rsidRPr="002D62C8" w:rsidRDefault="00016353" w:rsidP="00106C98">
            <w:pPr>
              <w:pStyle w:val="a9"/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</w:pPr>
            <w:r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t xml:space="preserve">Выступление </w:t>
            </w:r>
            <w:r w:rsidR="00106C98" w:rsidRPr="002D62C8">
              <w:rPr>
                <w:rFonts w:ascii="Arial" w:hAnsi="Arial" w:cs="Arial"/>
                <w:b/>
                <w:color w:val="1F497D" w:themeColor="text2"/>
                <w:sz w:val="20"/>
                <w:szCs w:val="18"/>
                <w:lang w:val="ru-RU"/>
              </w:rPr>
              <w:t>Адмиралтейского оркестра Ленинградской военно-морской базы</w:t>
            </w:r>
          </w:p>
        </w:tc>
        <w:tc>
          <w:tcPr>
            <w:tcW w:w="3430" w:type="dxa"/>
            <w:gridSpan w:val="2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BD8C725" w14:textId="77777777" w:rsidR="00106C98" w:rsidRPr="002D62C8" w:rsidRDefault="00106C98" w:rsidP="00106C98">
            <w:pPr>
              <w:pStyle w:val="a9"/>
              <w:rPr>
                <w:rFonts w:ascii="Arial" w:hAnsi="Arial" w:cs="Arial"/>
                <w:color w:val="1F497D" w:themeColor="text2"/>
                <w:sz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>ИГНАТОВ Никита</w:t>
            </w:r>
            <w:r w:rsidR="00BB27BE"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 Сергеевич</w:t>
            </w:r>
          </w:p>
          <w:p w14:paraId="665C96A7" w14:textId="77777777" w:rsidR="00106C98" w:rsidRPr="002D62C8" w:rsidRDefault="00106C98" w:rsidP="00106C98">
            <w:pPr>
              <w:pStyle w:val="a9"/>
              <w:rPr>
                <w:rFonts w:ascii="Arial" w:hAnsi="Arial" w:cs="Arial"/>
                <w:color w:val="1F497D" w:themeColor="text2"/>
                <w:sz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>(Начальник оркестра</w:t>
            </w:r>
          </w:p>
          <w:p w14:paraId="090C7810" w14:textId="77777777" w:rsidR="000A6F7F" w:rsidRPr="002D62C8" w:rsidRDefault="00106C98" w:rsidP="00106C98">
            <w:pPr>
              <w:pStyle w:val="a9"/>
              <w:rPr>
                <w:sz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lang w:val="ru-RU"/>
              </w:rPr>
              <w:t xml:space="preserve">капитан-лейтенант) </w:t>
            </w:r>
          </w:p>
        </w:tc>
      </w:tr>
      <w:tr w:rsidR="000A6F7F" w:rsidRPr="002D62C8" w14:paraId="72AB5937" w14:textId="77777777" w:rsidTr="00B15C10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319C7AA" w14:textId="77777777" w:rsidR="000A6F7F" w:rsidRPr="002D62C8" w:rsidRDefault="000247C7">
            <w:pPr>
              <w:rPr>
                <w:b/>
                <w:color w:val="2F75B5"/>
              </w:rPr>
            </w:pPr>
            <w:r w:rsidRPr="002D62C8">
              <w:rPr>
                <w:b/>
                <w:color w:val="2F75B5"/>
              </w:rPr>
              <w:t>17:</w:t>
            </w:r>
            <w:r w:rsidR="00893DDE"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</w:rPr>
              <w:t>0–18:</w:t>
            </w:r>
            <w:r w:rsidR="00893DDE"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</w:rPr>
              <w:t>0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F0D7949" w14:textId="77777777" w:rsidR="000247C7" w:rsidRPr="002D62C8" w:rsidRDefault="000247C7" w:rsidP="000247C7">
            <w:pPr>
              <w:rPr>
                <w:b/>
                <w:color w:val="17365D"/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Круглый стол · Панельная дискуссия</w:t>
            </w:r>
          </w:p>
          <w:p w14:paraId="12F2A5AA" w14:textId="77777777" w:rsidR="000A6F7F" w:rsidRPr="002D62C8" w:rsidRDefault="000247C7" w:rsidP="000247C7">
            <w:pPr>
              <w:rPr>
                <w:b/>
                <w:color w:val="17365D"/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«Перспективы развития фестивального движения в жанре духового исполнительства»</w:t>
            </w:r>
          </w:p>
        </w:tc>
        <w:tc>
          <w:tcPr>
            <w:tcW w:w="3430" w:type="dxa"/>
            <w:gridSpan w:val="2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1CA2176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ОВЧИННИКОВ Александр Владимирович </w:t>
            </w:r>
          </w:p>
          <w:p w14:paraId="42724FE8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(СПб ГБУДО "Санкт-Петербургская детская школа искусств имени Ю.Х. Темирканова")</w:t>
            </w:r>
          </w:p>
          <w:p w14:paraId="36705F49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1004427F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КУЗНЕЦОВ Илья Владимирович </w:t>
            </w:r>
          </w:p>
          <w:p w14:paraId="0E77C6D9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(СПБГДТЮ, ДШИ им. Ю.Х. Темирканова)</w:t>
            </w:r>
          </w:p>
          <w:p w14:paraId="24143BF7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374D30FF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СМИРНОВА Ольга Алексеевна </w:t>
            </w:r>
          </w:p>
          <w:p w14:paraId="275D7E4E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</w:t>
            </w:r>
            <w:r w:rsidR="00F6036D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Центр развития духовой музыки</w:t>
            </w:r>
            <w:r w:rsidR="00696E0F"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 Российского национального музея музыки</w:t>
            </w: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)</w:t>
            </w:r>
          </w:p>
          <w:p w14:paraId="48C33DBE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05247FD6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ШЛЯХОВ Евгений Николаевич </w:t>
            </w:r>
          </w:p>
          <w:p w14:paraId="6448F81A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(МБУ ДО "Детская школа искусств №1 города Белгорода")</w:t>
            </w:r>
          </w:p>
          <w:p w14:paraId="5E62E299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129BE9AB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ГОЛОВЧЕНКО Петр Алексеевич </w:t>
            </w:r>
          </w:p>
          <w:p w14:paraId="025FEFAF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(Детская школа искусств ГАОУ «Многопрофильная гимназия федеральной территории «Сириус»)</w:t>
            </w:r>
          </w:p>
          <w:p w14:paraId="357AC6A5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</w:p>
          <w:p w14:paraId="42237904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 xml:space="preserve">МЕЛАЕВ Руслан Георгиевич </w:t>
            </w:r>
          </w:p>
          <w:p w14:paraId="65E66D76" w14:textId="77777777" w:rsidR="00C70DBC" w:rsidRPr="002D62C8" w:rsidRDefault="00C70DBC" w:rsidP="00C70DBC">
            <w:pPr>
              <w:pStyle w:val="a9"/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</w:pPr>
            <w:r w:rsidRPr="002D62C8">
              <w:rPr>
                <w:rFonts w:ascii="Arial" w:hAnsi="Arial" w:cs="Arial"/>
                <w:color w:val="1F497D" w:themeColor="text2"/>
                <w:sz w:val="20"/>
                <w:szCs w:val="20"/>
                <w:lang w:val="ru-RU"/>
              </w:rPr>
              <w:t>(Центр профессионального мастерства по направлению «Духовые инструменты»</w:t>
            </w:r>
          </w:p>
          <w:p w14:paraId="54022DFE" w14:textId="77777777" w:rsidR="000A6F7F" w:rsidRPr="002D62C8" w:rsidRDefault="00C70DBC" w:rsidP="00C70DBC">
            <w:pPr>
              <w:rPr>
                <w:color w:val="5B6573"/>
                <w:lang w:val="ru-RU"/>
              </w:rPr>
            </w:pPr>
            <w:r w:rsidRPr="002D62C8">
              <w:rPr>
                <w:rFonts w:cs="Arial"/>
                <w:i/>
                <w:color w:val="1F497D" w:themeColor="text2"/>
                <w:szCs w:val="20"/>
                <w:lang w:val="ru-RU"/>
              </w:rPr>
              <w:t>(дистанционное участие)</w:t>
            </w:r>
          </w:p>
        </w:tc>
      </w:tr>
      <w:tr w:rsidR="00190A7D" w:rsidRPr="002D62C8" w14:paraId="61E55C1E" w14:textId="77777777" w:rsidTr="00B15C10">
        <w:trPr>
          <w:jc w:val="center"/>
        </w:trPr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28A7B0F" w14:textId="77777777" w:rsidR="00190A7D" w:rsidRPr="002D62C8" w:rsidRDefault="00F461A7">
            <w:pPr>
              <w:rPr>
                <w:b/>
                <w:color w:val="2F75B5"/>
              </w:rPr>
            </w:pPr>
            <w:r w:rsidRPr="002D62C8">
              <w:rPr>
                <w:b/>
                <w:color w:val="2F75B5"/>
              </w:rPr>
              <w:t>1</w:t>
            </w:r>
            <w:r w:rsidR="00016353" w:rsidRPr="002D62C8">
              <w:rPr>
                <w:b/>
                <w:color w:val="2F75B5"/>
                <w:lang w:val="ru-RU"/>
              </w:rPr>
              <w:t>8</w:t>
            </w:r>
            <w:r w:rsidRPr="002D62C8">
              <w:rPr>
                <w:b/>
                <w:color w:val="2F75B5"/>
              </w:rPr>
              <w:t>:</w:t>
            </w:r>
            <w:r w:rsidR="00893DDE" w:rsidRPr="002D62C8">
              <w:rPr>
                <w:b/>
                <w:color w:val="2F75B5"/>
                <w:lang w:val="ru-RU"/>
              </w:rPr>
              <w:t>5</w:t>
            </w:r>
            <w:r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–1</w:t>
            </w:r>
            <w:r w:rsidR="00016353" w:rsidRPr="002D62C8">
              <w:rPr>
                <w:b/>
                <w:color w:val="2F75B5"/>
                <w:lang w:val="ru-RU"/>
              </w:rPr>
              <w:t>9</w:t>
            </w:r>
            <w:r w:rsidRPr="002D62C8">
              <w:rPr>
                <w:b/>
                <w:color w:val="2F75B5"/>
              </w:rPr>
              <w:t>:</w:t>
            </w:r>
            <w:r w:rsidRPr="002D62C8">
              <w:rPr>
                <w:b/>
                <w:color w:val="2F75B5"/>
                <w:lang w:val="ru-RU"/>
              </w:rPr>
              <w:t>0</w:t>
            </w:r>
            <w:r w:rsidRPr="002D62C8">
              <w:rPr>
                <w:b/>
                <w:color w:val="2F75B5"/>
              </w:rPr>
              <w:t>0</w:t>
            </w:r>
          </w:p>
        </w:tc>
        <w:tc>
          <w:tcPr>
            <w:tcW w:w="3400" w:type="dxa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60B59CA" w14:textId="77777777" w:rsidR="00CC5F43" w:rsidRDefault="00C70DBC">
            <w:pPr>
              <w:rPr>
                <w:b/>
                <w:color w:val="17365D"/>
                <w:lang w:val="ru-RU"/>
              </w:rPr>
            </w:pPr>
            <w:r w:rsidRPr="002D62C8">
              <w:rPr>
                <w:b/>
                <w:color w:val="17365D"/>
                <w:lang w:val="ru-RU"/>
              </w:rPr>
              <w:t>Закрытие первого дня конференции</w:t>
            </w:r>
          </w:p>
          <w:p w14:paraId="23C0AD75" w14:textId="77777777" w:rsidR="00A30BC6" w:rsidRDefault="00A30BC6">
            <w:pPr>
              <w:rPr>
                <w:b/>
                <w:color w:val="17365D"/>
                <w:lang w:val="ru-RU"/>
              </w:rPr>
            </w:pPr>
          </w:p>
          <w:p w14:paraId="582FC480" w14:textId="77777777" w:rsidR="005A5374" w:rsidRDefault="005A5374">
            <w:pPr>
              <w:rPr>
                <w:b/>
                <w:color w:val="17365D"/>
                <w:lang w:val="ru-RU"/>
              </w:rPr>
            </w:pPr>
          </w:p>
          <w:p w14:paraId="059FAD78" w14:textId="31CB1D4C" w:rsidR="005A5374" w:rsidRPr="002D62C8" w:rsidRDefault="005A5374">
            <w:pPr>
              <w:rPr>
                <w:b/>
                <w:color w:val="17365D"/>
                <w:lang w:val="ru-RU"/>
              </w:rPr>
            </w:pPr>
            <w:bookmarkStart w:id="0" w:name="_GoBack"/>
            <w:bookmarkEnd w:id="0"/>
          </w:p>
        </w:tc>
        <w:tc>
          <w:tcPr>
            <w:tcW w:w="3430" w:type="dxa"/>
            <w:gridSpan w:val="2"/>
            <w:shd w:val="clear" w:color="auto" w:fill="auto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9CE7EDA" w14:textId="77777777" w:rsidR="005B50A4" w:rsidRPr="002D62C8" w:rsidRDefault="005B50A4" w:rsidP="00A22956">
            <w:pPr>
              <w:pStyle w:val="a9"/>
              <w:rPr>
                <w:rFonts w:ascii="Arial" w:hAnsi="Arial" w:cs="Arial"/>
                <w:i/>
                <w:color w:val="7F7F7F" w:themeColor="text1" w:themeTint="80"/>
                <w:sz w:val="20"/>
                <w:szCs w:val="20"/>
                <w:lang w:val="ru-RU"/>
              </w:rPr>
            </w:pPr>
          </w:p>
        </w:tc>
      </w:tr>
      <w:tr w:rsidR="00A04982" w:rsidRPr="001D2938" w14:paraId="32F90AC6" w14:textId="77777777" w:rsidTr="00B15C10">
        <w:trPr>
          <w:gridAfter w:val="1"/>
          <w:wAfter w:w="30" w:type="dxa"/>
          <w:jc w:val="center"/>
        </w:trPr>
        <w:tc>
          <w:tcPr>
            <w:tcW w:w="3400" w:type="dxa"/>
            <w:shd w:val="clear" w:color="auto" w:fill="EAF1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70BCC75" w14:textId="77777777" w:rsidR="002D62C8" w:rsidRPr="001D2938" w:rsidRDefault="001D082C">
            <w:pPr>
              <w:spacing w:after="0"/>
              <w:jc w:val="center"/>
              <w:rPr>
                <w:b/>
                <w:color w:val="2F75B5"/>
                <w:sz w:val="18"/>
                <w:szCs w:val="18"/>
              </w:rPr>
            </w:pPr>
            <w:r w:rsidRPr="001D2938">
              <w:rPr>
                <w:b/>
                <w:color w:val="2F75B5"/>
                <w:sz w:val="18"/>
                <w:szCs w:val="18"/>
              </w:rPr>
              <w:lastRenderedPageBreak/>
              <w:t>ДАТА</w:t>
            </w:r>
          </w:p>
          <w:p w14:paraId="5AAF6B03" w14:textId="77777777" w:rsidR="00A04982" w:rsidRPr="001D2938" w:rsidRDefault="001D082C">
            <w:pPr>
              <w:spacing w:after="0"/>
              <w:jc w:val="center"/>
              <w:rPr>
                <w:sz w:val="18"/>
                <w:szCs w:val="18"/>
              </w:rPr>
            </w:pPr>
            <w:r w:rsidRPr="001D2938">
              <w:rPr>
                <w:b/>
                <w:color w:val="2F75B5"/>
                <w:sz w:val="18"/>
                <w:szCs w:val="18"/>
              </w:rPr>
              <w:br/>
            </w:r>
            <w:r w:rsidRPr="001D2938">
              <w:rPr>
                <w:color w:val="17365D"/>
                <w:sz w:val="18"/>
                <w:szCs w:val="18"/>
              </w:rPr>
              <w:t>2</w:t>
            </w:r>
            <w:r w:rsidR="003079D1" w:rsidRPr="001D2938">
              <w:rPr>
                <w:color w:val="17365D"/>
                <w:sz w:val="18"/>
                <w:szCs w:val="18"/>
                <w:lang w:val="ru-RU"/>
              </w:rPr>
              <w:t>5 сентября</w:t>
            </w:r>
            <w:r w:rsidRPr="001D2938">
              <w:rPr>
                <w:color w:val="17365D"/>
                <w:sz w:val="18"/>
                <w:szCs w:val="18"/>
              </w:rPr>
              <w:t xml:space="preserve"> 2026 </w:t>
            </w:r>
            <w:proofErr w:type="spellStart"/>
            <w:r w:rsidRPr="001D2938">
              <w:rPr>
                <w:color w:val="17365D"/>
                <w:sz w:val="18"/>
                <w:szCs w:val="18"/>
              </w:rPr>
              <w:t>года</w:t>
            </w:r>
            <w:proofErr w:type="spellEnd"/>
          </w:p>
        </w:tc>
        <w:tc>
          <w:tcPr>
            <w:tcW w:w="3400" w:type="dxa"/>
            <w:shd w:val="clear" w:color="auto" w:fill="EAF1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6A92902" w14:textId="77777777" w:rsidR="003079D1" w:rsidRPr="001D2938" w:rsidRDefault="001D082C" w:rsidP="003079D1">
            <w:pPr>
              <w:jc w:val="center"/>
              <w:rPr>
                <w:color w:val="17365D"/>
                <w:sz w:val="18"/>
                <w:szCs w:val="18"/>
                <w:lang w:val="ru-RU"/>
              </w:rPr>
            </w:pPr>
            <w:r w:rsidRPr="001D2938">
              <w:rPr>
                <w:b/>
                <w:color w:val="2F75B5"/>
                <w:sz w:val="18"/>
                <w:szCs w:val="18"/>
                <w:lang w:val="ru-RU"/>
              </w:rPr>
              <w:t>МЕСТО</w:t>
            </w:r>
          </w:p>
          <w:p w14:paraId="7297002C" w14:textId="77777777" w:rsidR="00A04982" w:rsidRPr="001D2938" w:rsidRDefault="003079D1" w:rsidP="003079D1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 w:rsidRPr="001D2938">
              <w:rPr>
                <w:sz w:val="18"/>
                <w:szCs w:val="18"/>
                <w:lang w:val="ru-RU"/>
              </w:rPr>
              <w:t>Санкт-Петербургская детская школа имени М.И. Глинки</w:t>
            </w:r>
          </w:p>
          <w:p w14:paraId="25EE9F02" w14:textId="77777777" w:rsidR="00273565" w:rsidRPr="001D2938" w:rsidRDefault="00273565" w:rsidP="00273565">
            <w:pPr>
              <w:jc w:val="center"/>
              <w:rPr>
                <w:color w:val="17365D"/>
                <w:sz w:val="18"/>
                <w:szCs w:val="18"/>
                <w:lang w:val="ru-RU"/>
              </w:rPr>
            </w:pPr>
            <w:r w:rsidRPr="001D2938">
              <w:rPr>
                <w:sz w:val="18"/>
                <w:szCs w:val="18"/>
                <w:lang w:val="ru-RU"/>
              </w:rPr>
              <w:t>(</w:t>
            </w:r>
            <w:r w:rsidRPr="001D2938">
              <w:rPr>
                <w:color w:val="17365D"/>
                <w:sz w:val="18"/>
                <w:szCs w:val="18"/>
                <w:lang w:val="ru-RU"/>
              </w:rPr>
              <w:t>Санкт-Петербург, улица Коллонтай, 29к2)</w:t>
            </w:r>
          </w:p>
        </w:tc>
        <w:tc>
          <w:tcPr>
            <w:tcW w:w="3400" w:type="dxa"/>
            <w:shd w:val="clear" w:color="auto" w:fill="EAF1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E56CF7D" w14:textId="77777777" w:rsidR="002D62C8" w:rsidRPr="001D2938" w:rsidRDefault="001D082C">
            <w:pPr>
              <w:spacing w:after="0"/>
              <w:jc w:val="center"/>
              <w:rPr>
                <w:b/>
                <w:color w:val="2F75B5"/>
                <w:sz w:val="18"/>
                <w:szCs w:val="18"/>
              </w:rPr>
            </w:pPr>
            <w:r w:rsidRPr="001D2938">
              <w:rPr>
                <w:b/>
                <w:color w:val="2F75B5"/>
                <w:sz w:val="18"/>
                <w:szCs w:val="18"/>
              </w:rPr>
              <w:t>ФОРМАТ</w:t>
            </w:r>
          </w:p>
          <w:p w14:paraId="7362DE5A" w14:textId="77777777" w:rsidR="00A04982" w:rsidRPr="001D2938" w:rsidRDefault="001D082C">
            <w:pPr>
              <w:spacing w:after="0"/>
              <w:jc w:val="center"/>
              <w:rPr>
                <w:sz w:val="18"/>
                <w:szCs w:val="18"/>
              </w:rPr>
            </w:pPr>
            <w:r w:rsidRPr="001D2938">
              <w:rPr>
                <w:b/>
                <w:color w:val="2F75B5"/>
                <w:sz w:val="18"/>
                <w:szCs w:val="18"/>
              </w:rPr>
              <w:br/>
            </w:r>
            <w:r w:rsidR="003079D1" w:rsidRPr="001D2938">
              <w:rPr>
                <w:color w:val="17365D"/>
                <w:sz w:val="18"/>
                <w:szCs w:val="18"/>
                <w:lang w:val="ru-RU"/>
              </w:rPr>
              <w:t>о</w:t>
            </w:r>
            <w:r w:rsidRPr="001D2938">
              <w:rPr>
                <w:color w:val="17365D"/>
                <w:sz w:val="18"/>
                <w:szCs w:val="18"/>
              </w:rPr>
              <w:t>чный / онлайн</w:t>
            </w:r>
          </w:p>
        </w:tc>
      </w:tr>
    </w:tbl>
    <w:p w14:paraId="171F0CF2" w14:textId="77777777" w:rsidR="00A04982" w:rsidRPr="001D2938" w:rsidRDefault="001D082C">
      <w:pPr>
        <w:pBdr>
          <w:bottom w:val="single" w:sz="6" w:space="1" w:color="2F75B5"/>
        </w:pBdr>
        <w:spacing w:before="200" w:after="80"/>
        <w:rPr>
          <w:sz w:val="18"/>
        </w:rPr>
      </w:pPr>
      <w:r w:rsidRPr="001D2938">
        <w:rPr>
          <w:b/>
          <w:color w:val="17365D"/>
        </w:rPr>
        <w:t>ДЕНЬ 2 • ПРАКТИЧЕСКАЯ ПРОГРАММА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A04982" w:rsidRPr="001D2938" w14:paraId="17F6DB6F" w14:textId="77777777">
        <w:trPr>
          <w:jc w:val="center"/>
        </w:trPr>
        <w:tc>
          <w:tcPr>
            <w:tcW w:w="3400" w:type="dxa"/>
            <w:shd w:val="clear" w:color="auto" w:fill="17365D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D40708A" w14:textId="77777777" w:rsidR="00A04982" w:rsidRPr="001D2938" w:rsidRDefault="001D082C">
            <w:pPr>
              <w:jc w:val="center"/>
              <w:rPr>
                <w:sz w:val="18"/>
              </w:rPr>
            </w:pPr>
            <w:r w:rsidRPr="001D2938">
              <w:rPr>
                <w:b/>
                <w:color w:val="FFFFFF"/>
                <w:sz w:val="14"/>
              </w:rPr>
              <w:t>ВРЕМЯ</w:t>
            </w:r>
          </w:p>
        </w:tc>
        <w:tc>
          <w:tcPr>
            <w:tcW w:w="3400" w:type="dxa"/>
            <w:shd w:val="clear" w:color="auto" w:fill="17365D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C2A22B1" w14:textId="77777777" w:rsidR="00A04982" w:rsidRPr="001D2938" w:rsidRDefault="001D082C">
            <w:pPr>
              <w:jc w:val="center"/>
              <w:rPr>
                <w:sz w:val="18"/>
              </w:rPr>
            </w:pPr>
            <w:r w:rsidRPr="001D2938">
              <w:rPr>
                <w:b/>
                <w:color w:val="FFFFFF"/>
                <w:sz w:val="14"/>
              </w:rPr>
              <w:t>МЕРОПРИЯТИЕ</w:t>
            </w:r>
          </w:p>
        </w:tc>
        <w:tc>
          <w:tcPr>
            <w:tcW w:w="3400" w:type="dxa"/>
            <w:shd w:val="clear" w:color="auto" w:fill="17365D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781C1DC" w14:textId="77777777" w:rsidR="00A04982" w:rsidRPr="001D2938" w:rsidRDefault="001D082C">
            <w:pPr>
              <w:jc w:val="center"/>
              <w:rPr>
                <w:sz w:val="18"/>
              </w:rPr>
            </w:pPr>
            <w:r w:rsidRPr="001D2938">
              <w:rPr>
                <w:b/>
                <w:color w:val="FFFFFF"/>
                <w:sz w:val="14"/>
              </w:rPr>
              <w:t>СПИКЕР / ПРИМЕЧАНИЕ</w:t>
            </w:r>
          </w:p>
        </w:tc>
      </w:tr>
      <w:tr w:rsidR="00A04982" w:rsidRPr="005A5374" w14:paraId="5EC78391" w14:textId="77777777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44CE1E0" w14:textId="77777777" w:rsidR="00A04982" w:rsidRPr="001D2938" w:rsidRDefault="00002C6E">
            <w:pPr>
              <w:rPr>
                <w:sz w:val="18"/>
              </w:rPr>
            </w:pPr>
            <w:r w:rsidRPr="001D2938">
              <w:rPr>
                <w:b/>
                <w:color w:val="2F75B5"/>
                <w:sz w:val="16"/>
                <w:lang w:val="ru-RU"/>
              </w:rPr>
              <w:t>10</w:t>
            </w:r>
            <w:r w:rsidR="001D082C" w:rsidRPr="001D2938">
              <w:rPr>
                <w:b/>
                <w:color w:val="2F75B5"/>
                <w:sz w:val="16"/>
              </w:rPr>
              <w:t>:</w:t>
            </w:r>
            <w:r w:rsidRPr="001D2938">
              <w:rPr>
                <w:b/>
                <w:color w:val="2F75B5"/>
                <w:sz w:val="16"/>
                <w:lang w:val="ru-RU"/>
              </w:rPr>
              <w:t>0</w:t>
            </w:r>
            <w:r w:rsidR="001D082C" w:rsidRPr="001D2938">
              <w:rPr>
                <w:b/>
                <w:color w:val="2F75B5"/>
                <w:sz w:val="16"/>
              </w:rPr>
              <w:t>0–10:</w:t>
            </w:r>
            <w:r w:rsidRPr="001D2938">
              <w:rPr>
                <w:b/>
                <w:color w:val="2F75B5"/>
                <w:sz w:val="16"/>
                <w:lang w:val="ru-RU"/>
              </w:rPr>
              <w:t>4</w:t>
            </w:r>
            <w:r w:rsidR="001D082C" w:rsidRPr="001D2938">
              <w:rPr>
                <w:b/>
                <w:color w:val="2F75B5"/>
                <w:sz w:val="16"/>
              </w:rPr>
              <w:t>0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4824330" w14:textId="77777777" w:rsidR="00A04982" w:rsidRPr="001D2938" w:rsidRDefault="00EB5FF1">
            <w:pPr>
              <w:rPr>
                <w:sz w:val="18"/>
                <w:lang w:val="ru-RU"/>
              </w:rPr>
            </w:pPr>
            <w:r w:rsidRPr="001D2938">
              <w:rPr>
                <w:b/>
                <w:color w:val="17365D"/>
                <w:sz w:val="16"/>
                <w:lang w:val="ru-RU"/>
              </w:rPr>
              <w:t>МАСТЕР-КЛАСС «Особенности выбора репертуара при подготовке к конкурсам</w:t>
            </w:r>
            <w:r w:rsidR="0027688B" w:rsidRPr="001D2938">
              <w:rPr>
                <w:b/>
                <w:color w:val="17365D"/>
                <w:sz w:val="16"/>
                <w:lang w:val="ru-RU"/>
              </w:rPr>
              <w:t xml:space="preserve"> обучающихся на духовых инструментах в детских школах искусств</w:t>
            </w:r>
            <w:r w:rsidRPr="001D2938">
              <w:rPr>
                <w:b/>
                <w:color w:val="17365D"/>
                <w:sz w:val="16"/>
                <w:lang w:val="ru-RU"/>
              </w:rPr>
              <w:t>»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4FCEB32" w14:textId="16040968" w:rsidR="00A04982" w:rsidRPr="001D2938" w:rsidRDefault="00C213F3" w:rsidP="00A30BC6">
            <w:pPr>
              <w:pStyle w:val="a9"/>
              <w:rPr>
                <w:rFonts w:ascii="Arial" w:hAnsi="Arial" w:cs="Arial"/>
                <w:color w:val="1F497D" w:themeColor="text2"/>
                <w:sz w:val="18"/>
                <w:szCs w:val="18"/>
                <w:lang w:val="ru-RU"/>
              </w:rPr>
            </w:pPr>
            <w:r w:rsidRPr="001D2938">
              <w:rPr>
                <w:rFonts w:ascii="Arial" w:hAnsi="Arial" w:cs="Arial"/>
                <w:color w:val="1F497D" w:themeColor="text2"/>
                <w:sz w:val="18"/>
                <w:szCs w:val="18"/>
                <w:lang w:val="ru-RU"/>
              </w:rPr>
              <w:t>ГРАЧЕВА</w:t>
            </w:r>
            <w:r w:rsidR="0027688B" w:rsidRPr="001D2938">
              <w:rPr>
                <w:rFonts w:ascii="Arial" w:hAnsi="Arial" w:cs="Arial"/>
                <w:color w:val="1F497D" w:themeColor="text2"/>
                <w:sz w:val="18"/>
                <w:szCs w:val="18"/>
                <w:lang w:val="ru-RU"/>
              </w:rPr>
              <w:t xml:space="preserve"> Ольга Ивановна</w:t>
            </w:r>
          </w:p>
          <w:p w14:paraId="33E99B25" w14:textId="77777777" w:rsidR="001D2938" w:rsidRPr="001D2938" w:rsidRDefault="001D2938" w:rsidP="00A30BC6">
            <w:pPr>
              <w:pStyle w:val="a9"/>
              <w:rPr>
                <w:rFonts w:ascii="Arial" w:hAnsi="Arial" w:cs="Arial"/>
                <w:color w:val="1F497D" w:themeColor="text2"/>
                <w:sz w:val="18"/>
                <w:szCs w:val="18"/>
                <w:lang w:val="ru-RU"/>
              </w:rPr>
            </w:pPr>
          </w:p>
          <w:p w14:paraId="5458692B" w14:textId="457EAEAA" w:rsidR="00A30BC6" w:rsidRPr="001D2938" w:rsidRDefault="00A30BC6" w:rsidP="00A30BC6">
            <w:pPr>
              <w:pStyle w:val="a9"/>
              <w:rPr>
                <w:rFonts w:ascii="Arial" w:hAnsi="Arial" w:cs="Arial"/>
                <w:color w:val="1F497D" w:themeColor="text2"/>
                <w:sz w:val="18"/>
                <w:szCs w:val="18"/>
                <w:lang w:val="ru-RU"/>
              </w:rPr>
            </w:pPr>
            <w:r w:rsidRPr="001D2938">
              <w:rPr>
                <w:rFonts w:ascii="Arial" w:hAnsi="Arial" w:cs="Arial"/>
                <w:color w:val="1F497D" w:themeColor="text2"/>
                <w:sz w:val="18"/>
                <w:szCs w:val="18"/>
                <w:lang w:val="ru-RU"/>
              </w:rPr>
              <w:t>(СПб ГБУ ДО "Санкт-Петербургская детская школа искусств имени М.И. Глинки")</w:t>
            </w:r>
          </w:p>
        </w:tc>
      </w:tr>
      <w:tr w:rsidR="00A04982" w:rsidRPr="001D2938" w14:paraId="335D2021" w14:textId="77777777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70F2F90" w14:textId="77777777" w:rsidR="00A04982" w:rsidRPr="001D2938" w:rsidRDefault="001D082C">
            <w:pPr>
              <w:rPr>
                <w:sz w:val="18"/>
                <w:lang w:val="ru-RU"/>
              </w:rPr>
            </w:pPr>
            <w:r w:rsidRPr="001D2938">
              <w:rPr>
                <w:b/>
                <w:color w:val="2F75B5"/>
                <w:sz w:val="16"/>
              </w:rPr>
              <w:t>10:</w:t>
            </w:r>
            <w:r w:rsidR="00002C6E" w:rsidRPr="001D2938">
              <w:rPr>
                <w:b/>
                <w:color w:val="2F75B5"/>
                <w:sz w:val="16"/>
                <w:lang w:val="ru-RU"/>
              </w:rPr>
              <w:t>4</w:t>
            </w:r>
            <w:r w:rsidRPr="001D2938">
              <w:rPr>
                <w:b/>
                <w:color w:val="2F75B5"/>
                <w:sz w:val="16"/>
              </w:rPr>
              <w:t>0–1</w:t>
            </w:r>
            <w:r w:rsidR="00002C6E" w:rsidRPr="001D2938">
              <w:rPr>
                <w:b/>
                <w:color w:val="2F75B5"/>
                <w:sz w:val="16"/>
                <w:lang w:val="ru-RU"/>
              </w:rPr>
              <w:t>0</w:t>
            </w:r>
            <w:r w:rsidRPr="001D2938">
              <w:rPr>
                <w:b/>
                <w:color w:val="2F75B5"/>
                <w:sz w:val="16"/>
              </w:rPr>
              <w:t>:</w:t>
            </w:r>
            <w:r w:rsidR="00002C6E" w:rsidRPr="001D2938">
              <w:rPr>
                <w:b/>
                <w:color w:val="2F75B5"/>
                <w:sz w:val="16"/>
                <w:lang w:val="ru-RU"/>
              </w:rPr>
              <w:t>50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CA071A5" w14:textId="77777777" w:rsidR="00A04982" w:rsidRPr="001D2938" w:rsidRDefault="00002C6E">
            <w:pPr>
              <w:rPr>
                <w:sz w:val="18"/>
              </w:rPr>
            </w:pPr>
            <w:r w:rsidRPr="001D2938">
              <w:rPr>
                <w:b/>
                <w:color w:val="17365D"/>
                <w:sz w:val="16"/>
              </w:rPr>
              <w:t>Перерыв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234819D" w14:textId="77777777" w:rsidR="00A04982" w:rsidRPr="001D2938" w:rsidRDefault="00A04982">
            <w:pPr>
              <w:rPr>
                <w:color w:val="1F497D" w:themeColor="text2"/>
                <w:sz w:val="18"/>
              </w:rPr>
            </w:pPr>
          </w:p>
        </w:tc>
      </w:tr>
      <w:tr w:rsidR="00A04982" w:rsidRPr="005A5374" w14:paraId="365BF184" w14:textId="77777777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6A65F65" w14:textId="77777777" w:rsidR="00A04982" w:rsidRPr="001D2938" w:rsidRDefault="001D082C">
            <w:pPr>
              <w:rPr>
                <w:sz w:val="18"/>
              </w:rPr>
            </w:pPr>
            <w:r w:rsidRPr="001D2938">
              <w:rPr>
                <w:b/>
                <w:color w:val="2F75B5"/>
                <w:sz w:val="16"/>
              </w:rPr>
              <w:t>1</w:t>
            </w:r>
            <w:r w:rsidR="00BE6CED" w:rsidRPr="001D2938">
              <w:rPr>
                <w:b/>
                <w:color w:val="2F75B5"/>
                <w:sz w:val="16"/>
                <w:lang w:val="ru-RU"/>
              </w:rPr>
              <w:t>0</w:t>
            </w:r>
            <w:r w:rsidRPr="001D2938">
              <w:rPr>
                <w:b/>
                <w:color w:val="2F75B5"/>
                <w:sz w:val="16"/>
              </w:rPr>
              <w:t>:</w:t>
            </w:r>
            <w:r w:rsidR="00BE6CED" w:rsidRPr="001D2938">
              <w:rPr>
                <w:b/>
                <w:color w:val="2F75B5"/>
                <w:sz w:val="16"/>
                <w:lang w:val="ru-RU"/>
              </w:rPr>
              <w:t>50</w:t>
            </w:r>
            <w:r w:rsidRPr="001D2938">
              <w:rPr>
                <w:b/>
                <w:color w:val="2F75B5"/>
                <w:sz w:val="16"/>
              </w:rPr>
              <w:t>–11:30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7A6622A" w14:textId="77777777" w:rsidR="00A04982" w:rsidRPr="001D2938" w:rsidRDefault="00021929">
            <w:pPr>
              <w:rPr>
                <w:sz w:val="18"/>
                <w:lang w:val="ru-RU"/>
              </w:rPr>
            </w:pPr>
            <w:r w:rsidRPr="001D2938">
              <w:rPr>
                <w:b/>
                <w:color w:val="17365D"/>
                <w:sz w:val="16"/>
                <w:lang w:val="ru-RU"/>
              </w:rPr>
              <w:t>МАСТЕР-КЛАСС «</w:t>
            </w:r>
            <w:r w:rsidR="00BE6CED" w:rsidRPr="001D2938">
              <w:rPr>
                <w:b/>
                <w:color w:val="17365D"/>
                <w:sz w:val="16"/>
                <w:lang w:val="ru-RU"/>
              </w:rPr>
              <w:t>Голос меди: мастерство начинается с первой ноты</w:t>
            </w:r>
            <w:r w:rsidRPr="001D2938">
              <w:rPr>
                <w:b/>
                <w:color w:val="17365D"/>
                <w:sz w:val="16"/>
                <w:lang w:val="ru-RU"/>
              </w:rPr>
              <w:t>»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E52FBBA" w14:textId="265A1C22" w:rsidR="00A04982" w:rsidRPr="001927AC" w:rsidRDefault="00C213F3" w:rsidP="001927AC">
            <w:pPr>
              <w:pStyle w:val="a9"/>
              <w:rPr>
                <w:rFonts w:ascii="Arial" w:hAnsi="Arial" w:cs="Arial"/>
                <w:color w:val="1F497D" w:themeColor="text2"/>
                <w:sz w:val="18"/>
                <w:lang w:val="ru-RU"/>
              </w:rPr>
            </w:pPr>
            <w:r w:rsidRPr="001927AC">
              <w:rPr>
                <w:rFonts w:ascii="Arial" w:hAnsi="Arial" w:cs="Arial"/>
                <w:color w:val="1F497D" w:themeColor="text2"/>
                <w:sz w:val="18"/>
                <w:lang w:val="ru-RU"/>
              </w:rPr>
              <w:t>ЛОБИКОВ</w:t>
            </w:r>
            <w:r w:rsidR="00BE6CED" w:rsidRPr="001927AC">
              <w:rPr>
                <w:rFonts w:ascii="Arial" w:hAnsi="Arial" w:cs="Arial"/>
                <w:color w:val="1F497D" w:themeColor="text2"/>
                <w:sz w:val="18"/>
                <w:lang w:val="ru-RU"/>
              </w:rPr>
              <w:t xml:space="preserve"> Кирилл Яковлевич</w:t>
            </w:r>
          </w:p>
          <w:p w14:paraId="69F609CF" w14:textId="1EE332A7" w:rsidR="00BC2460" w:rsidRPr="001927AC" w:rsidRDefault="00BC2460" w:rsidP="001927AC">
            <w:pPr>
              <w:pStyle w:val="a9"/>
              <w:rPr>
                <w:rFonts w:ascii="Arial" w:hAnsi="Arial" w:cs="Arial"/>
                <w:color w:val="1F497D" w:themeColor="text2"/>
                <w:sz w:val="20"/>
                <w:lang w:val="ru-RU"/>
              </w:rPr>
            </w:pPr>
          </w:p>
          <w:p w14:paraId="0D1AEC17" w14:textId="4EF174EC" w:rsidR="00BC2460" w:rsidRPr="001927AC" w:rsidRDefault="00BC2460" w:rsidP="001927AC">
            <w:pPr>
              <w:pStyle w:val="a9"/>
              <w:rPr>
                <w:rFonts w:ascii="Arial" w:hAnsi="Arial" w:cs="Arial"/>
                <w:color w:val="1F497D" w:themeColor="text2"/>
                <w:sz w:val="20"/>
                <w:lang w:val="ru-RU"/>
              </w:rPr>
            </w:pPr>
            <w:r w:rsidRPr="001927AC">
              <w:rPr>
                <w:rFonts w:ascii="Arial" w:hAnsi="Arial" w:cs="Arial"/>
                <w:color w:val="1F497D" w:themeColor="text2"/>
                <w:sz w:val="18"/>
                <w:lang w:val="ru-RU"/>
              </w:rPr>
              <w:t>(</w:t>
            </w:r>
            <w:r w:rsidR="001927AC">
              <w:rPr>
                <w:rFonts w:ascii="Arial" w:hAnsi="Arial" w:cs="Arial"/>
                <w:color w:val="1F497D" w:themeColor="text2"/>
                <w:sz w:val="18"/>
                <w:shd w:val="clear" w:color="auto" w:fill="FFFFFF"/>
                <w:lang w:val="ru-RU"/>
              </w:rPr>
              <w:t xml:space="preserve">СПб ГБНОУ </w:t>
            </w:r>
            <w:r w:rsidR="001927AC" w:rsidRPr="001927AC">
              <w:rPr>
                <w:rFonts w:ascii="Arial" w:hAnsi="Arial" w:cs="Arial"/>
                <w:color w:val="1F497D" w:themeColor="text2"/>
                <w:sz w:val="18"/>
                <w:shd w:val="clear" w:color="auto" w:fill="FFFFFF"/>
                <w:lang w:val="ru-RU"/>
              </w:rPr>
              <w:t>«Санкт-Петербургск</w:t>
            </w:r>
            <w:r w:rsidR="001927AC">
              <w:rPr>
                <w:rFonts w:ascii="Arial" w:hAnsi="Arial" w:cs="Arial"/>
                <w:color w:val="1F497D" w:themeColor="text2"/>
                <w:sz w:val="18"/>
                <w:shd w:val="clear" w:color="auto" w:fill="FFFFFF"/>
                <w:lang w:val="ru-RU"/>
              </w:rPr>
              <w:t>ий м</w:t>
            </w:r>
            <w:r w:rsidR="001927AC" w:rsidRPr="001927AC">
              <w:rPr>
                <w:rFonts w:ascii="Arial" w:hAnsi="Arial" w:cs="Arial"/>
                <w:color w:val="1F497D" w:themeColor="text2"/>
                <w:sz w:val="18"/>
                <w:shd w:val="clear" w:color="auto" w:fill="FFFFFF"/>
                <w:lang w:val="ru-RU"/>
              </w:rPr>
              <w:t>узыкальн</w:t>
            </w:r>
            <w:r w:rsidR="001927AC">
              <w:rPr>
                <w:rFonts w:ascii="Arial" w:hAnsi="Arial" w:cs="Arial"/>
                <w:color w:val="1F497D" w:themeColor="text2"/>
                <w:sz w:val="18"/>
                <w:shd w:val="clear" w:color="auto" w:fill="FFFFFF"/>
                <w:lang w:val="ru-RU"/>
              </w:rPr>
              <w:t>ый лицей</w:t>
            </w:r>
            <w:r w:rsidRPr="001927AC">
              <w:rPr>
                <w:rFonts w:ascii="Arial" w:hAnsi="Arial" w:cs="Arial"/>
                <w:caps/>
                <w:color w:val="1F497D" w:themeColor="text2"/>
                <w:sz w:val="18"/>
                <w:shd w:val="clear" w:color="auto" w:fill="FFFFFF"/>
                <w:lang w:val="ru-RU"/>
              </w:rPr>
              <w:t>»)</w:t>
            </w:r>
          </w:p>
          <w:p w14:paraId="151088C7" w14:textId="05C0BE58" w:rsidR="00A30BC6" w:rsidRPr="001D2938" w:rsidRDefault="00A30BC6">
            <w:pPr>
              <w:rPr>
                <w:color w:val="1F497D" w:themeColor="text2"/>
                <w:sz w:val="18"/>
                <w:lang w:val="ru-RU"/>
              </w:rPr>
            </w:pPr>
          </w:p>
        </w:tc>
      </w:tr>
      <w:tr w:rsidR="00A04982" w:rsidRPr="001D2938" w14:paraId="5C95CE5D" w14:textId="77777777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04D29C7" w14:textId="77777777" w:rsidR="00A04982" w:rsidRPr="001D2938" w:rsidRDefault="001D082C">
            <w:pPr>
              <w:rPr>
                <w:sz w:val="18"/>
                <w:lang w:val="ru-RU"/>
              </w:rPr>
            </w:pPr>
            <w:r w:rsidRPr="001D2938">
              <w:rPr>
                <w:b/>
                <w:color w:val="2F75B5"/>
                <w:sz w:val="16"/>
              </w:rPr>
              <w:t>11:30–1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1</w:t>
            </w:r>
            <w:r w:rsidRPr="001D2938">
              <w:rPr>
                <w:b/>
                <w:color w:val="2F75B5"/>
                <w:sz w:val="16"/>
              </w:rPr>
              <w:t>:4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0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B485C16" w14:textId="77777777" w:rsidR="00A04982" w:rsidRPr="001D2938" w:rsidRDefault="00975A34">
            <w:pPr>
              <w:rPr>
                <w:sz w:val="18"/>
              </w:rPr>
            </w:pPr>
            <w:r w:rsidRPr="001D2938">
              <w:rPr>
                <w:b/>
                <w:color w:val="17365D"/>
                <w:sz w:val="16"/>
              </w:rPr>
              <w:t>Перерыв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2017297" w14:textId="77777777" w:rsidR="00A04982" w:rsidRPr="001D2938" w:rsidRDefault="00A04982">
            <w:pPr>
              <w:rPr>
                <w:color w:val="1F497D" w:themeColor="text2"/>
                <w:sz w:val="18"/>
              </w:rPr>
            </w:pPr>
          </w:p>
        </w:tc>
      </w:tr>
      <w:tr w:rsidR="00A04982" w:rsidRPr="005A5374" w14:paraId="6DBFCE00" w14:textId="77777777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A1AB8DF" w14:textId="77777777" w:rsidR="00A04982" w:rsidRPr="001D2938" w:rsidRDefault="001D082C">
            <w:pPr>
              <w:rPr>
                <w:sz w:val="18"/>
                <w:lang w:val="ru-RU"/>
              </w:rPr>
            </w:pPr>
            <w:r w:rsidRPr="001D2938">
              <w:rPr>
                <w:b/>
                <w:color w:val="2F75B5"/>
                <w:sz w:val="16"/>
              </w:rPr>
              <w:t>1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1</w:t>
            </w:r>
            <w:r w:rsidRPr="001D2938">
              <w:rPr>
                <w:b/>
                <w:color w:val="2F75B5"/>
                <w:sz w:val="16"/>
              </w:rPr>
              <w:t>:4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0</w:t>
            </w:r>
            <w:r w:rsidRPr="001D2938">
              <w:rPr>
                <w:b/>
                <w:color w:val="2F75B5"/>
                <w:sz w:val="16"/>
              </w:rPr>
              <w:t>–1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2</w:t>
            </w:r>
            <w:r w:rsidRPr="001D2938">
              <w:rPr>
                <w:b/>
                <w:color w:val="2F75B5"/>
                <w:sz w:val="16"/>
              </w:rPr>
              <w:t>: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20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E334336" w14:textId="77777777" w:rsidR="00A04982" w:rsidRPr="001D2938" w:rsidRDefault="00975A34">
            <w:pPr>
              <w:rPr>
                <w:sz w:val="18"/>
                <w:lang w:val="ru-RU"/>
              </w:rPr>
            </w:pPr>
            <w:r w:rsidRPr="001D2938">
              <w:rPr>
                <w:b/>
                <w:color w:val="17365D"/>
                <w:sz w:val="16"/>
                <w:lang w:val="ru-RU"/>
              </w:rPr>
              <w:t>МАСТЕР-КЛАСС «Рекомендации преподавателя детских школ искусств по подбору педагогического репертуара для кларнета, современные методы и возможности для редактирования существующих нотных образцов и адаптация сложного материала для учащихся. Система упражнений для объемного звучания и дыхания в развернутых произведениях или крупной форме»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D64A9C2" w14:textId="77777777" w:rsidR="00A04982" w:rsidRPr="001D2938" w:rsidRDefault="00C213F3" w:rsidP="001D2938">
            <w:pPr>
              <w:pStyle w:val="a9"/>
              <w:rPr>
                <w:rFonts w:ascii="Arial" w:hAnsi="Arial" w:cs="Arial"/>
                <w:color w:val="1F497D" w:themeColor="text2"/>
                <w:sz w:val="18"/>
                <w:lang w:val="ru-RU"/>
              </w:rPr>
            </w:pPr>
            <w:r w:rsidRPr="001D2938">
              <w:rPr>
                <w:rFonts w:ascii="Arial" w:hAnsi="Arial" w:cs="Arial"/>
                <w:color w:val="1F497D" w:themeColor="text2"/>
                <w:sz w:val="18"/>
                <w:lang w:val="ru-RU"/>
              </w:rPr>
              <w:t>ЗУБАРЕВ</w:t>
            </w:r>
            <w:r w:rsidR="00975A34" w:rsidRPr="001D2938">
              <w:rPr>
                <w:rFonts w:ascii="Arial" w:hAnsi="Arial" w:cs="Arial"/>
                <w:color w:val="1F497D" w:themeColor="text2"/>
                <w:sz w:val="18"/>
                <w:lang w:val="ru-RU"/>
              </w:rPr>
              <w:t xml:space="preserve"> Сергей Петрович</w:t>
            </w:r>
          </w:p>
          <w:p w14:paraId="6E126321" w14:textId="77777777" w:rsidR="00A30BC6" w:rsidRPr="001D2938" w:rsidRDefault="00A30BC6" w:rsidP="001D2938">
            <w:pPr>
              <w:pStyle w:val="a9"/>
              <w:rPr>
                <w:rFonts w:ascii="Arial" w:hAnsi="Arial" w:cs="Arial"/>
                <w:color w:val="1F497D" w:themeColor="text2"/>
                <w:sz w:val="18"/>
                <w:lang w:val="ru-RU"/>
              </w:rPr>
            </w:pPr>
          </w:p>
          <w:p w14:paraId="3FA666BA" w14:textId="7C435386" w:rsidR="00A30BC6" w:rsidRPr="001D2938" w:rsidRDefault="001D2938" w:rsidP="001D2938">
            <w:pPr>
              <w:pStyle w:val="a9"/>
              <w:rPr>
                <w:sz w:val="20"/>
                <w:lang w:val="ru-RU"/>
              </w:rPr>
            </w:pPr>
            <w:r w:rsidRPr="001D2938">
              <w:rPr>
                <w:rFonts w:ascii="Arial" w:hAnsi="Arial" w:cs="Arial"/>
                <w:color w:val="1F497D" w:themeColor="text2"/>
                <w:sz w:val="18"/>
                <w:lang w:val="ru-RU"/>
              </w:rPr>
              <w:t>(Санкт-Петербургское государственное бюджетное учреждение дополнительного образования «Санкт-Петербургская детская музыкальная школа № 11»)</w:t>
            </w:r>
          </w:p>
        </w:tc>
      </w:tr>
      <w:tr w:rsidR="00A04982" w:rsidRPr="001D2938" w14:paraId="009B168C" w14:textId="77777777">
        <w:trPr>
          <w:jc w:val="center"/>
        </w:trPr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24ECD6F" w14:textId="77777777" w:rsidR="00A04982" w:rsidRPr="001D2938" w:rsidRDefault="001D082C">
            <w:pPr>
              <w:rPr>
                <w:sz w:val="18"/>
              </w:rPr>
            </w:pPr>
            <w:r w:rsidRPr="001D2938">
              <w:rPr>
                <w:b/>
                <w:color w:val="2F75B5"/>
                <w:sz w:val="16"/>
              </w:rPr>
              <w:t>1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2</w:t>
            </w:r>
            <w:r w:rsidRPr="001D2938">
              <w:rPr>
                <w:b/>
                <w:color w:val="2F75B5"/>
                <w:sz w:val="16"/>
              </w:rPr>
              <w:t>: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20</w:t>
            </w:r>
            <w:r w:rsidRPr="001D2938">
              <w:rPr>
                <w:b/>
                <w:color w:val="2F75B5"/>
                <w:sz w:val="16"/>
              </w:rPr>
              <w:t>–1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2</w:t>
            </w:r>
            <w:r w:rsidRPr="001D2938">
              <w:rPr>
                <w:b/>
                <w:color w:val="2F75B5"/>
                <w:sz w:val="16"/>
              </w:rPr>
              <w:t>: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3</w:t>
            </w:r>
            <w:r w:rsidRPr="001D2938">
              <w:rPr>
                <w:b/>
                <w:color w:val="2F75B5"/>
                <w:sz w:val="16"/>
              </w:rPr>
              <w:t>0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42C09D8" w14:textId="77777777" w:rsidR="00A04982" w:rsidRPr="001D2938" w:rsidRDefault="00975A34">
            <w:pPr>
              <w:rPr>
                <w:sz w:val="18"/>
              </w:rPr>
            </w:pPr>
            <w:r w:rsidRPr="001D2938">
              <w:rPr>
                <w:b/>
                <w:color w:val="17365D"/>
                <w:sz w:val="16"/>
              </w:rPr>
              <w:t>Перерыв</w:t>
            </w:r>
          </w:p>
        </w:tc>
        <w:tc>
          <w:tcPr>
            <w:tcW w:w="3400" w:type="dxa"/>
            <w:shd w:val="clear" w:color="auto" w:fill="F5F8FB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8827A50" w14:textId="77777777" w:rsidR="00A04982" w:rsidRPr="001D2938" w:rsidRDefault="00A04982">
            <w:pPr>
              <w:rPr>
                <w:sz w:val="18"/>
              </w:rPr>
            </w:pPr>
          </w:p>
        </w:tc>
      </w:tr>
      <w:tr w:rsidR="00A04982" w:rsidRPr="005A5374" w14:paraId="6E9F5318" w14:textId="77777777">
        <w:trPr>
          <w:jc w:val="center"/>
        </w:trPr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8BCB746" w14:textId="77777777" w:rsidR="00A04982" w:rsidRPr="001D2938" w:rsidRDefault="001D082C">
            <w:pPr>
              <w:rPr>
                <w:sz w:val="18"/>
                <w:lang w:val="ru-RU"/>
              </w:rPr>
            </w:pPr>
            <w:r w:rsidRPr="001D2938">
              <w:rPr>
                <w:b/>
                <w:color w:val="2F75B5"/>
                <w:sz w:val="16"/>
              </w:rPr>
              <w:t>1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2</w:t>
            </w:r>
            <w:r w:rsidRPr="001D2938">
              <w:rPr>
                <w:b/>
                <w:color w:val="2F75B5"/>
                <w:sz w:val="16"/>
              </w:rPr>
              <w:t>: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3</w:t>
            </w:r>
            <w:r w:rsidRPr="001D2938">
              <w:rPr>
                <w:b/>
                <w:color w:val="2F75B5"/>
                <w:sz w:val="16"/>
              </w:rPr>
              <w:t>0–1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3</w:t>
            </w:r>
            <w:r w:rsidRPr="001D2938">
              <w:rPr>
                <w:b/>
                <w:color w:val="2F75B5"/>
                <w:sz w:val="16"/>
              </w:rPr>
              <w:t>:1</w:t>
            </w:r>
            <w:r w:rsidR="00975A34" w:rsidRPr="001D2938">
              <w:rPr>
                <w:b/>
                <w:color w:val="2F75B5"/>
                <w:sz w:val="16"/>
                <w:lang w:val="ru-RU"/>
              </w:rPr>
              <w:t>0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ACFDE08" w14:textId="77777777" w:rsidR="00A04982" w:rsidRPr="001D2938" w:rsidRDefault="00A4027B">
            <w:pPr>
              <w:rPr>
                <w:sz w:val="18"/>
                <w:lang w:val="ru-RU"/>
              </w:rPr>
            </w:pPr>
            <w:r w:rsidRPr="001D2938">
              <w:rPr>
                <w:b/>
                <w:color w:val="17365D"/>
                <w:sz w:val="16"/>
                <w:lang w:val="ru-RU"/>
              </w:rPr>
              <w:t>Мастер-класс по рудиментам</w:t>
            </w:r>
          </w:p>
        </w:tc>
        <w:tc>
          <w:tcPr>
            <w:tcW w:w="3400" w:type="dxa"/>
            <w:shd w:val="clear" w:color="auto" w:fill="FFFFFF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A4B55B9" w14:textId="77777777" w:rsidR="00A04982" w:rsidRPr="001D2938" w:rsidRDefault="00C213F3" w:rsidP="001D2938">
            <w:pPr>
              <w:pStyle w:val="a9"/>
              <w:rPr>
                <w:rFonts w:ascii="Arial" w:hAnsi="Arial" w:cs="Arial"/>
                <w:color w:val="1F497D" w:themeColor="text2"/>
                <w:sz w:val="18"/>
                <w:szCs w:val="20"/>
                <w:lang w:val="ru-RU"/>
              </w:rPr>
            </w:pPr>
            <w:r w:rsidRPr="001D2938">
              <w:rPr>
                <w:rFonts w:ascii="Arial" w:hAnsi="Arial" w:cs="Arial"/>
                <w:color w:val="1F497D" w:themeColor="text2"/>
                <w:sz w:val="18"/>
                <w:szCs w:val="20"/>
                <w:lang w:val="ru-RU"/>
              </w:rPr>
              <w:t>СТЕПАНОВА</w:t>
            </w:r>
            <w:r w:rsidR="00975A34" w:rsidRPr="001D2938">
              <w:rPr>
                <w:rFonts w:ascii="Arial" w:hAnsi="Arial" w:cs="Arial"/>
                <w:color w:val="1F497D" w:themeColor="text2"/>
                <w:sz w:val="18"/>
                <w:szCs w:val="20"/>
                <w:lang w:val="ru-RU"/>
              </w:rPr>
              <w:t xml:space="preserve"> Мария Анатольевна</w:t>
            </w:r>
          </w:p>
          <w:p w14:paraId="61EA111F" w14:textId="77777777" w:rsidR="001D2938" w:rsidRPr="001D2938" w:rsidRDefault="001D2938" w:rsidP="001D2938">
            <w:pPr>
              <w:pStyle w:val="a9"/>
              <w:rPr>
                <w:rFonts w:ascii="Arial" w:hAnsi="Arial" w:cs="Arial"/>
                <w:color w:val="1F497D" w:themeColor="text2"/>
                <w:sz w:val="18"/>
                <w:szCs w:val="20"/>
                <w:lang w:val="ru-RU"/>
              </w:rPr>
            </w:pPr>
          </w:p>
          <w:p w14:paraId="63498AE0" w14:textId="138EA203" w:rsidR="00A30BC6" w:rsidRPr="001D2938" w:rsidRDefault="00A30BC6" w:rsidP="001D2938">
            <w:pPr>
              <w:pStyle w:val="a9"/>
              <w:rPr>
                <w:rFonts w:ascii="Arial" w:hAnsi="Arial" w:cs="Arial"/>
                <w:color w:val="1F497D" w:themeColor="text2"/>
                <w:sz w:val="18"/>
                <w:szCs w:val="20"/>
                <w:lang w:val="ru-RU"/>
              </w:rPr>
            </w:pPr>
            <w:r w:rsidRPr="001D2938">
              <w:rPr>
                <w:rFonts w:ascii="Arial" w:hAnsi="Arial" w:cs="Arial"/>
                <w:color w:val="1F497D" w:themeColor="text2"/>
                <w:sz w:val="18"/>
                <w:szCs w:val="20"/>
                <w:lang w:val="ru-RU"/>
              </w:rPr>
              <w:t>(СПб ДМШ №11 в Пансионе Воспитанниц Министерства Обороны РФ)</w:t>
            </w:r>
          </w:p>
          <w:p w14:paraId="7385C9E5" w14:textId="3DE824BB" w:rsidR="00A30BC6" w:rsidRPr="001D2938" w:rsidRDefault="00A30BC6">
            <w:pPr>
              <w:rPr>
                <w:sz w:val="18"/>
                <w:lang w:val="ru-RU"/>
              </w:rPr>
            </w:pPr>
          </w:p>
        </w:tc>
      </w:tr>
    </w:tbl>
    <w:p w14:paraId="7143B820" w14:textId="77777777" w:rsidR="00A04982" w:rsidRPr="005A5374" w:rsidRDefault="001D082C">
      <w:pPr>
        <w:pBdr>
          <w:bottom w:val="single" w:sz="6" w:space="1" w:color="2F75B5"/>
        </w:pBdr>
        <w:spacing w:before="200" w:after="80"/>
        <w:rPr>
          <w:sz w:val="18"/>
          <w:lang w:val="ru-RU"/>
        </w:rPr>
      </w:pPr>
      <w:r w:rsidRPr="005A5374">
        <w:rPr>
          <w:b/>
          <w:color w:val="17365D"/>
          <w:lang w:val="ru-RU"/>
        </w:rPr>
        <w:t xml:space="preserve">ОРГАНИЗАТОРЫ </w:t>
      </w:r>
    </w:p>
    <w:p w14:paraId="4DFB9FEE" w14:textId="77777777" w:rsidR="00A04982" w:rsidRPr="001D2938" w:rsidRDefault="00A3166C">
      <w:pPr>
        <w:spacing w:after="40"/>
        <w:rPr>
          <w:sz w:val="18"/>
          <w:lang w:val="ru-RU"/>
        </w:rPr>
      </w:pPr>
      <w:r w:rsidRPr="001D2938">
        <w:rPr>
          <w:sz w:val="18"/>
          <w:lang w:val="ru-RU"/>
        </w:rPr>
        <w:t>Смирнова Ольга Алексеевна, куратор проекта</w:t>
      </w:r>
    </w:p>
    <w:p w14:paraId="4933547D" w14:textId="77777777" w:rsidR="00A04982" w:rsidRPr="001D2938" w:rsidRDefault="00A3166C">
      <w:pPr>
        <w:spacing w:after="40"/>
        <w:rPr>
          <w:sz w:val="18"/>
          <w:lang w:val="ru-RU"/>
        </w:rPr>
      </w:pPr>
      <w:r w:rsidRPr="001D2938">
        <w:rPr>
          <w:b/>
          <w:color w:val="17365D"/>
          <w:sz w:val="18"/>
          <w:lang w:val="ru-RU"/>
        </w:rPr>
        <w:t>Т</w:t>
      </w:r>
      <w:r w:rsidR="001D082C" w:rsidRPr="001D2938">
        <w:rPr>
          <w:b/>
          <w:color w:val="17365D"/>
          <w:sz w:val="18"/>
          <w:lang w:val="ru-RU"/>
        </w:rPr>
        <w:t>елефон</w:t>
      </w:r>
      <w:r w:rsidR="00EB317F" w:rsidRPr="001D2938">
        <w:rPr>
          <w:b/>
          <w:color w:val="17365D"/>
          <w:sz w:val="18"/>
          <w:lang w:val="ru-RU"/>
        </w:rPr>
        <w:t>, почта</w:t>
      </w:r>
      <w:r w:rsidR="001D082C" w:rsidRPr="001D2938">
        <w:rPr>
          <w:b/>
          <w:color w:val="17365D"/>
          <w:sz w:val="18"/>
          <w:lang w:val="ru-RU"/>
        </w:rPr>
        <w:t xml:space="preserve">: </w:t>
      </w:r>
      <w:r w:rsidR="001D082C" w:rsidRPr="001D2938">
        <w:rPr>
          <w:sz w:val="18"/>
          <w:lang w:val="ru-RU"/>
        </w:rPr>
        <w:t>+</w:t>
      </w:r>
      <w:r w:rsidR="00DB0EFC" w:rsidRPr="001D2938">
        <w:rPr>
          <w:sz w:val="18"/>
          <w:lang w:val="ru-RU"/>
        </w:rPr>
        <w:t>7 926 614 63 34</w:t>
      </w:r>
      <w:r w:rsidR="00EB317F" w:rsidRPr="001D2938">
        <w:rPr>
          <w:sz w:val="18"/>
          <w:lang w:val="ru-RU"/>
        </w:rPr>
        <w:t>, o.smirnova@music-museum.ru</w:t>
      </w:r>
    </w:p>
    <w:p w14:paraId="513D0FE2" w14:textId="77777777" w:rsidR="00A3166C" w:rsidRPr="001D2938" w:rsidRDefault="00A3166C" w:rsidP="00A3166C">
      <w:pPr>
        <w:spacing w:after="40"/>
        <w:rPr>
          <w:sz w:val="18"/>
          <w:lang w:val="ru-RU"/>
        </w:rPr>
      </w:pPr>
      <w:r w:rsidRPr="001D2938">
        <w:rPr>
          <w:sz w:val="18"/>
          <w:lang w:val="ru-RU"/>
        </w:rPr>
        <w:t>Маслова Дарья Александровна, менеджер проекта</w:t>
      </w:r>
    </w:p>
    <w:p w14:paraId="2E972E17" w14:textId="77777777" w:rsidR="00A3166C" w:rsidRPr="001D2938" w:rsidRDefault="00A3166C">
      <w:pPr>
        <w:spacing w:after="40"/>
        <w:rPr>
          <w:sz w:val="18"/>
          <w:lang w:val="ru-RU"/>
        </w:rPr>
      </w:pPr>
      <w:r w:rsidRPr="001D2938">
        <w:rPr>
          <w:b/>
          <w:color w:val="17365D"/>
          <w:sz w:val="18"/>
          <w:lang w:val="ru-RU"/>
        </w:rPr>
        <w:t>Телефон</w:t>
      </w:r>
      <w:r w:rsidR="00EB317F" w:rsidRPr="001D2938">
        <w:rPr>
          <w:b/>
          <w:color w:val="17365D"/>
          <w:sz w:val="18"/>
          <w:lang w:val="ru-RU"/>
        </w:rPr>
        <w:t>, почта</w:t>
      </w:r>
      <w:r w:rsidRPr="001D2938">
        <w:rPr>
          <w:b/>
          <w:color w:val="17365D"/>
          <w:sz w:val="18"/>
          <w:lang w:val="ru-RU"/>
        </w:rPr>
        <w:t xml:space="preserve">: </w:t>
      </w:r>
      <w:r w:rsidRPr="001D2938">
        <w:rPr>
          <w:sz w:val="18"/>
          <w:lang w:val="ru-RU"/>
        </w:rPr>
        <w:t>+</w:t>
      </w:r>
      <w:r w:rsidR="00DB0EFC" w:rsidRPr="001D2938">
        <w:rPr>
          <w:sz w:val="18"/>
          <w:lang w:val="ru-RU"/>
        </w:rPr>
        <w:t>7 927 368 76 00</w:t>
      </w:r>
      <w:r w:rsidR="00EB317F" w:rsidRPr="001D2938">
        <w:rPr>
          <w:sz w:val="18"/>
          <w:lang w:val="ru-RU"/>
        </w:rPr>
        <w:t xml:space="preserve">, </w:t>
      </w:r>
      <w:proofErr w:type="spellStart"/>
      <w:r w:rsidR="00EB317F" w:rsidRPr="001D2938">
        <w:rPr>
          <w:sz w:val="18"/>
        </w:rPr>
        <w:t>maslova</w:t>
      </w:r>
      <w:proofErr w:type="spellEnd"/>
      <w:r w:rsidR="00EB317F" w:rsidRPr="001D2938">
        <w:rPr>
          <w:sz w:val="18"/>
          <w:lang w:val="ru-RU"/>
        </w:rPr>
        <w:t>@music-museum.ru</w:t>
      </w:r>
    </w:p>
    <w:sectPr w:rsidR="00A3166C" w:rsidRPr="001D2938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19D89F" w14:textId="77777777" w:rsidR="004E20CE" w:rsidRDefault="004E20CE">
      <w:pPr>
        <w:spacing w:after="0" w:line="240" w:lineRule="auto"/>
      </w:pPr>
      <w:r>
        <w:separator/>
      </w:r>
    </w:p>
  </w:endnote>
  <w:endnote w:type="continuationSeparator" w:id="0">
    <w:p w14:paraId="30ECBF57" w14:textId="77777777" w:rsidR="004E20CE" w:rsidRDefault="004E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A6CB2" w14:textId="77777777" w:rsidR="00A04982" w:rsidRDefault="00A04982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C6217" w14:textId="77777777" w:rsidR="004E20CE" w:rsidRDefault="004E20CE">
      <w:pPr>
        <w:spacing w:after="0" w:line="240" w:lineRule="auto"/>
      </w:pPr>
      <w:r>
        <w:separator/>
      </w:r>
    </w:p>
  </w:footnote>
  <w:footnote w:type="continuationSeparator" w:id="0">
    <w:p w14:paraId="5640FF00" w14:textId="77777777" w:rsidR="004E20CE" w:rsidRDefault="004E2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466AB9"/>
    <w:multiLevelType w:val="hybridMultilevel"/>
    <w:tmpl w:val="1A5A4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C6E"/>
    <w:rsid w:val="00015C4F"/>
    <w:rsid w:val="00016353"/>
    <w:rsid w:val="00021929"/>
    <w:rsid w:val="000247C7"/>
    <w:rsid w:val="00025F0D"/>
    <w:rsid w:val="00030E50"/>
    <w:rsid w:val="00034616"/>
    <w:rsid w:val="0006063C"/>
    <w:rsid w:val="0006403E"/>
    <w:rsid w:val="000A61D4"/>
    <w:rsid w:val="000A6F7F"/>
    <w:rsid w:val="00106C98"/>
    <w:rsid w:val="001126B8"/>
    <w:rsid w:val="001139F2"/>
    <w:rsid w:val="00120EAF"/>
    <w:rsid w:val="0012582A"/>
    <w:rsid w:val="00150090"/>
    <w:rsid w:val="0015074B"/>
    <w:rsid w:val="001704C4"/>
    <w:rsid w:val="00190A7D"/>
    <w:rsid w:val="001927AC"/>
    <w:rsid w:val="001B22C0"/>
    <w:rsid w:val="001D082C"/>
    <w:rsid w:val="001D2938"/>
    <w:rsid w:val="001E55E4"/>
    <w:rsid w:val="001E5CD8"/>
    <w:rsid w:val="00222575"/>
    <w:rsid w:val="0022285A"/>
    <w:rsid w:val="00245F64"/>
    <w:rsid w:val="00273565"/>
    <w:rsid w:val="0027688B"/>
    <w:rsid w:val="0029639D"/>
    <w:rsid w:val="002B419B"/>
    <w:rsid w:val="002D62C8"/>
    <w:rsid w:val="002F4991"/>
    <w:rsid w:val="002F53E4"/>
    <w:rsid w:val="003079D1"/>
    <w:rsid w:val="00307FE2"/>
    <w:rsid w:val="00326F90"/>
    <w:rsid w:val="00351B64"/>
    <w:rsid w:val="00364654"/>
    <w:rsid w:val="004020E2"/>
    <w:rsid w:val="0041689C"/>
    <w:rsid w:val="00421013"/>
    <w:rsid w:val="00422793"/>
    <w:rsid w:val="00436C47"/>
    <w:rsid w:val="00467A99"/>
    <w:rsid w:val="004C7478"/>
    <w:rsid w:val="004E20CE"/>
    <w:rsid w:val="004F3ED1"/>
    <w:rsid w:val="004F4CCB"/>
    <w:rsid w:val="00513DDA"/>
    <w:rsid w:val="00531886"/>
    <w:rsid w:val="0055114E"/>
    <w:rsid w:val="00590DD8"/>
    <w:rsid w:val="005A5374"/>
    <w:rsid w:val="005B29B2"/>
    <w:rsid w:val="005B50A4"/>
    <w:rsid w:val="005B516B"/>
    <w:rsid w:val="005C4472"/>
    <w:rsid w:val="00600AB6"/>
    <w:rsid w:val="00605AA7"/>
    <w:rsid w:val="00626993"/>
    <w:rsid w:val="0063323F"/>
    <w:rsid w:val="0068392B"/>
    <w:rsid w:val="00696778"/>
    <w:rsid w:val="00696E0F"/>
    <w:rsid w:val="006A2AF7"/>
    <w:rsid w:val="006D0EA7"/>
    <w:rsid w:val="006D442A"/>
    <w:rsid w:val="006F39D4"/>
    <w:rsid w:val="006F69CE"/>
    <w:rsid w:val="006F7E00"/>
    <w:rsid w:val="007274E2"/>
    <w:rsid w:val="0073308C"/>
    <w:rsid w:val="00750389"/>
    <w:rsid w:val="007547FA"/>
    <w:rsid w:val="00826863"/>
    <w:rsid w:val="00835C3D"/>
    <w:rsid w:val="00836CDE"/>
    <w:rsid w:val="008565B5"/>
    <w:rsid w:val="00893DDE"/>
    <w:rsid w:val="008D02B3"/>
    <w:rsid w:val="0093662D"/>
    <w:rsid w:val="0094708A"/>
    <w:rsid w:val="00975A34"/>
    <w:rsid w:val="009871D8"/>
    <w:rsid w:val="009E21C1"/>
    <w:rsid w:val="009F7D42"/>
    <w:rsid w:val="00A014F9"/>
    <w:rsid w:val="00A034D2"/>
    <w:rsid w:val="00A04982"/>
    <w:rsid w:val="00A175BD"/>
    <w:rsid w:val="00A22956"/>
    <w:rsid w:val="00A25DA2"/>
    <w:rsid w:val="00A30BC6"/>
    <w:rsid w:val="00A30D24"/>
    <w:rsid w:val="00A3166C"/>
    <w:rsid w:val="00A34BAC"/>
    <w:rsid w:val="00A4027B"/>
    <w:rsid w:val="00A538C3"/>
    <w:rsid w:val="00A614CE"/>
    <w:rsid w:val="00A818AF"/>
    <w:rsid w:val="00AA1D8D"/>
    <w:rsid w:val="00B12105"/>
    <w:rsid w:val="00B15B3E"/>
    <w:rsid w:val="00B15C10"/>
    <w:rsid w:val="00B47730"/>
    <w:rsid w:val="00B64A88"/>
    <w:rsid w:val="00B877E6"/>
    <w:rsid w:val="00B87AEC"/>
    <w:rsid w:val="00BA3308"/>
    <w:rsid w:val="00BA37E2"/>
    <w:rsid w:val="00BA3E39"/>
    <w:rsid w:val="00BA5BB2"/>
    <w:rsid w:val="00BB27BE"/>
    <w:rsid w:val="00BC10A9"/>
    <w:rsid w:val="00BC2460"/>
    <w:rsid w:val="00BD5E4F"/>
    <w:rsid w:val="00BE6CED"/>
    <w:rsid w:val="00BF5570"/>
    <w:rsid w:val="00C213F3"/>
    <w:rsid w:val="00C37E7B"/>
    <w:rsid w:val="00C50983"/>
    <w:rsid w:val="00C65E31"/>
    <w:rsid w:val="00C70DBC"/>
    <w:rsid w:val="00C91D8A"/>
    <w:rsid w:val="00CB0664"/>
    <w:rsid w:val="00CB607E"/>
    <w:rsid w:val="00CC5F43"/>
    <w:rsid w:val="00CD6024"/>
    <w:rsid w:val="00D003FF"/>
    <w:rsid w:val="00D504B2"/>
    <w:rsid w:val="00D728FA"/>
    <w:rsid w:val="00D75875"/>
    <w:rsid w:val="00DB0EFC"/>
    <w:rsid w:val="00DB44CF"/>
    <w:rsid w:val="00DD35C0"/>
    <w:rsid w:val="00DF607F"/>
    <w:rsid w:val="00E04DC6"/>
    <w:rsid w:val="00E07133"/>
    <w:rsid w:val="00E46B8A"/>
    <w:rsid w:val="00E563D7"/>
    <w:rsid w:val="00EB317F"/>
    <w:rsid w:val="00EB5FF1"/>
    <w:rsid w:val="00EC5FD2"/>
    <w:rsid w:val="00EF2D9E"/>
    <w:rsid w:val="00F25AEF"/>
    <w:rsid w:val="00F42DAE"/>
    <w:rsid w:val="00F461A7"/>
    <w:rsid w:val="00F6036D"/>
    <w:rsid w:val="00F9594C"/>
    <w:rsid w:val="00FA14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0DEC1"/>
  <w14:defaultImageDpi w14:val="300"/>
  <w15:docId w15:val="{DB09E097-B6DD-DC4F-AEEF-BD3E0A7A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1F2933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A3166C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A3166C"/>
    <w:rPr>
      <w:color w:val="605E5C"/>
      <w:shd w:val="clear" w:color="auto" w:fill="E1DFDD"/>
    </w:rPr>
  </w:style>
  <w:style w:type="character" w:customStyle="1" w:styleId="organictitlecontentspan">
    <w:name w:val="organictitlecontentspan"/>
    <w:basedOn w:val="a2"/>
    <w:rsid w:val="00A30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0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4827F3-A66B-43FA-8E29-CCE36039D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1492</Words>
  <Characters>8509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Дарья  А.Маслова</cp:lastModifiedBy>
  <cp:revision>2</cp:revision>
  <cp:lastPrinted>2026-09-22T11:36:00Z</cp:lastPrinted>
  <dcterms:created xsi:type="dcterms:W3CDTF">2026-09-22T11:38:00Z</dcterms:created>
  <dcterms:modified xsi:type="dcterms:W3CDTF">2026-09-22T11:38:00Z</dcterms:modified>
  <cp:category/>
</cp:coreProperties>
</file>